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AEEF3" w:themeColor="accent5" w:themeTint="33"/>
  <w:body>
    <w:p w14:paraId="1343A6A3" w14:textId="7D63F302" w:rsidR="008F7E52" w:rsidRPr="00B961CC" w:rsidRDefault="00101C2A" w:rsidP="00B961CC">
      <w:pPr>
        <w:pStyle w:val="Heading1"/>
        <w:tabs>
          <w:tab w:val="left" w:pos="3325"/>
        </w:tabs>
        <w:rPr>
          <w:rFonts w:ascii="Calibri" w:hAnsi="Calibri" w:cs="Calibri"/>
          <w:color w:val="FFFFFF" w:themeColor="background1"/>
          <w:sz w:val="2"/>
          <w:szCs w:val="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6527F3" wp14:editId="1FFB9F72">
                <wp:simplePos x="0" y="0"/>
                <wp:positionH relativeFrom="margin">
                  <wp:posOffset>295275</wp:posOffset>
                </wp:positionH>
                <wp:positionV relativeFrom="paragraph">
                  <wp:posOffset>268605</wp:posOffset>
                </wp:positionV>
                <wp:extent cx="4676775" cy="1447800"/>
                <wp:effectExtent l="0" t="0" r="0" b="0"/>
                <wp:wrapNone/>
                <wp:docPr id="41257801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5E5CA" w14:textId="1E6AD6D3" w:rsidR="00987D44" w:rsidRPr="00101C2A" w:rsidRDefault="00987D44" w:rsidP="00987D44">
                            <w:pPr>
                              <w:jc w:val="center"/>
                              <w:rPr>
                                <w:rFonts w:ascii="Style Script" w:hAnsi="Style Script"/>
                                <w:color w:val="C00000"/>
                                <w:sz w:val="200"/>
                                <w:szCs w:val="200"/>
                              </w:rPr>
                            </w:pPr>
                            <w:r w:rsidRPr="00AD1E2A">
                              <w:rPr>
                                <w:rFonts w:ascii="Style Script" w:hAnsi="Style Script"/>
                                <w:color w:val="C00000"/>
                                <w:sz w:val="130"/>
                                <w:szCs w:val="130"/>
                              </w:rPr>
                              <w:t>Christm</w:t>
                            </w:r>
                            <w:r w:rsidRPr="00AD1E2A">
                              <w:rPr>
                                <w:rFonts w:ascii="Style Script" w:hAnsi="Style Script"/>
                                <w:color w:val="C00000"/>
                                <w:sz w:val="144"/>
                                <w:szCs w:val="144"/>
                              </w:rPr>
                              <w:t>a</w:t>
                            </w:r>
                            <w:r w:rsidRPr="00AD1E2A">
                              <w:rPr>
                                <w:rFonts w:ascii="Style Script" w:hAnsi="Style Script"/>
                                <w:color w:val="C00000"/>
                                <w:sz w:val="154"/>
                                <w:szCs w:val="15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527F3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margin-left:23.25pt;margin-top:21.15pt;width:368.25pt;height:11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2qGAIAAC0EAAAOAAAAZHJzL2Uyb0RvYy54bWysU02P2yAQvVfqf0DcGztpEm+tOKt0V6kq&#10;RbsrZas9EwyxJcxQILHTX98BOx/a9lT1AgMzzMd7j8V91yhyFNbVoAs6HqWUCM2hrPW+oD9e15/u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" filled="f" stroked="f" strokeweight=".5pt">
                <v:textbox>
                  <w:txbxContent>
                    <w:p w14:paraId="2585E5CA" w14:textId="1E6AD6D3" w:rsidR="00987D44" w:rsidRPr="00101C2A" w:rsidRDefault="00987D44" w:rsidP="00987D44">
                      <w:pPr>
                        <w:jc w:val="center"/>
                        <w:rPr>
                          <w:rFonts w:ascii="Style Script" w:hAnsi="Style Script"/>
                          <w:color w:val="C00000"/>
                          <w:sz w:val="200"/>
                          <w:szCs w:val="200"/>
                        </w:rPr>
                      </w:pPr>
                      <w:r w:rsidRPr="00AD1E2A">
                        <w:rPr>
                          <w:rFonts w:ascii="Style Script" w:hAnsi="Style Script"/>
                          <w:color w:val="C00000"/>
                          <w:sz w:val="130"/>
                          <w:szCs w:val="130"/>
                        </w:rPr>
                        <w:t>Christm</w:t>
                      </w:r>
                      <w:r w:rsidRPr="00AD1E2A">
                        <w:rPr>
                          <w:rFonts w:ascii="Style Script" w:hAnsi="Style Script"/>
                          <w:color w:val="C00000"/>
                          <w:sz w:val="144"/>
                          <w:szCs w:val="144"/>
                        </w:rPr>
                        <w:t>a</w:t>
                      </w:r>
                      <w:r w:rsidRPr="00AD1E2A">
                        <w:rPr>
                          <w:rFonts w:ascii="Style Script" w:hAnsi="Style Script"/>
                          <w:color w:val="C00000"/>
                          <w:sz w:val="154"/>
                          <w:szCs w:val="15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D44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37088" behindDoc="1" locked="0" layoutInCell="1" allowOverlap="1" wp14:anchorId="0CD8605D" wp14:editId="4417CF6C">
            <wp:simplePos x="0" y="0"/>
            <wp:positionH relativeFrom="margin">
              <wp:posOffset>-1064260</wp:posOffset>
            </wp:positionH>
            <wp:positionV relativeFrom="page">
              <wp:posOffset>328676</wp:posOffset>
            </wp:positionV>
            <wp:extent cx="390525" cy="390525"/>
            <wp:effectExtent l="0" t="0" r="9525" b="9525"/>
            <wp:wrapNone/>
            <wp:docPr id="2135140526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40526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D44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28896" behindDoc="1" locked="0" layoutInCell="1" allowOverlap="1" wp14:anchorId="3C7D6AD7" wp14:editId="0B4D1F25">
            <wp:simplePos x="0" y="0"/>
            <wp:positionH relativeFrom="margin">
              <wp:posOffset>2259838</wp:posOffset>
            </wp:positionH>
            <wp:positionV relativeFrom="page">
              <wp:posOffset>328676</wp:posOffset>
            </wp:positionV>
            <wp:extent cx="390525" cy="390525"/>
            <wp:effectExtent l="0" t="0" r="9525" b="9525"/>
            <wp:wrapNone/>
            <wp:docPr id="544148427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48427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CC">
        <w:rPr>
          <w:rFonts w:ascii="Calibri" w:hAnsi="Calibri" w:cs="Calibri"/>
          <w:color w:val="FFFFFF" w:themeColor="background1"/>
          <w:sz w:val="2"/>
          <w:szCs w:val="2"/>
        </w:rPr>
        <w:tab/>
      </w:r>
    </w:p>
    <w:p w14:paraId="612E8514" w14:textId="26754EFC" w:rsidR="00713D28" w:rsidRDefault="00713D28" w:rsidP="006B3025">
      <w:pPr>
        <w:tabs>
          <w:tab w:val="left" w:pos="5501"/>
        </w:tabs>
        <w:rPr>
          <w:rFonts w:ascii="Calibri" w:hAnsi="Calibri" w:cs="Calibri"/>
        </w:rPr>
      </w:pPr>
    </w:p>
    <w:p w14:paraId="2D1324B6" w14:textId="548CF0FB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10464" behindDoc="1" locked="0" layoutInCell="1" allowOverlap="1" wp14:anchorId="2DEE97AA" wp14:editId="3C7A65D7">
            <wp:simplePos x="0" y="0"/>
            <wp:positionH relativeFrom="margin">
              <wp:align>left</wp:align>
            </wp:positionH>
            <wp:positionV relativeFrom="page">
              <wp:posOffset>723900</wp:posOffset>
            </wp:positionV>
            <wp:extent cx="390525" cy="390525"/>
            <wp:effectExtent l="0" t="0" r="9525" b="9525"/>
            <wp:wrapNone/>
            <wp:docPr id="678871527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71527" name="Picture 6788715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D001A" w14:textId="6449A328" w:rsidR="00713D28" w:rsidRPr="00713D28" w:rsidRDefault="00713D28" w:rsidP="00713D28">
      <w:pPr>
        <w:rPr>
          <w:rFonts w:ascii="Calibri" w:hAnsi="Calibri" w:cs="Calibri"/>
        </w:rPr>
      </w:pPr>
    </w:p>
    <w:p w14:paraId="671CDDA2" w14:textId="5BD4D984" w:rsidR="00713D28" w:rsidRPr="00713D28" w:rsidRDefault="00101C2A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E416B3" wp14:editId="603EEA53">
                <wp:simplePos x="0" y="0"/>
                <wp:positionH relativeFrom="margin">
                  <wp:posOffset>297180</wp:posOffset>
                </wp:positionH>
                <wp:positionV relativeFrom="paragraph">
                  <wp:posOffset>252730</wp:posOffset>
                </wp:positionV>
                <wp:extent cx="4676775" cy="781050"/>
                <wp:effectExtent l="0" t="0" r="0" b="0"/>
                <wp:wrapNone/>
                <wp:docPr id="86954658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50F09" w14:textId="3775FB56" w:rsidR="00987D44" w:rsidRPr="00987D44" w:rsidRDefault="00987D44" w:rsidP="00987D44">
                            <w:pPr>
                              <w:jc w:val="center"/>
                              <w:rPr>
                                <w:rFonts w:ascii="Cinzel" w:hAnsi="Cinzel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987D44">
                              <w:rPr>
                                <w:rFonts w:ascii="Cinzel" w:hAnsi="Cinzel"/>
                                <w:color w:val="C00000"/>
                                <w:sz w:val="96"/>
                                <w:szCs w:val="96"/>
                              </w:rPr>
                              <w:t>To Do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16B3" id="_x0000_s1027" type="#_x0000_t202" style="position:absolute;margin-left:23.4pt;margin-top:19.9pt;width:368.25pt;height:61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GXfGQ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" filled="f" stroked="f" strokeweight=".5pt">
                <v:textbox>
                  <w:txbxContent>
                    <w:p w14:paraId="21450F09" w14:textId="3775FB56" w:rsidR="00987D44" w:rsidRPr="00987D44" w:rsidRDefault="00987D44" w:rsidP="00987D44">
                      <w:pPr>
                        <w:jc w:val="center"/>
                        <w:rPr>
                          <w:rFonts w:ascii="Cinzel" w:hAnsi="Cinzel"/>
                          <w:color w:val="C00000"/>
                          <w:sz w:val="96"/>
                          <w:szCs w:val="96"/>
                        </w:rPr>
                      </w:pPr>
                      <w:r w:rsidRPr="00987D44">
                        <w:rPr>
                          <w:rFonts w:ascii="Cinzel" w:hAnsi="Cinzel"/>
                          <w:color w:val="C00000"/>
                          <w:sz w:val="96"/>
                          <w:szCs w:val="96"/>
                        </w:rPr>
                        <w:t>To Do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D44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26848" behindDoc="1" locked="0" layoutInCell="1" allowOverlap="1" wp14:anchorId="762A5A2E" wp14:editId="44ABBBB6">
            <wp:simplePos x="0" y="0"/>
            <wp:positionH relativeFrom="rightMargin">
              <wp:align>left</wp:align>
            </wp:positionH>
            <wp:positionV relativeFrom="page">
              <wp:posOffset>1350264</wp:posOffset>
            </wp:positionV>
            <wp:extent cx="390525" cy="390525"/>
            <wp:effectExtent l="0" t="0" r="9525" b="9525"/>
            <wp:wrapNone/>
            <wp:docPr id="989835608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35608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2C9B5" w14:textId="4A81422F" w:rsidR="00713D28" w:rsidRPr="00713D28" w:rsidRDefault="00713D28" w:rsidP="00713D28">
      <w:pPr>
        <w:rPr>
          <w:rFonts w:ascii="Calibri" w:hAnsi="Calibri" w:cs="Calibri"/>
        </w:rPr>
      </w:pPr>
    </w:p>
    <w:p w14:paraId="743A4244" w14:textId="592D3C59" w:rsidR="00713D28" w:rsidRPr="00713D28" w:rsidRDefault="00713D28" w:rsidP="00713D28">
      <w:pPr>
        <w:rPr>
          <w:rFonts w:ascii="Calibri" w:hAnsi="Calibri" w:cs="Calibri"/>
        </w:rPr>
      </w:pPr>
    </w:p>
    <w:p w14:paraId="65F1BAED" w14:textId="2DC48971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30944" behindDoc="1" locked="0" layoutInCell="1" allowOverlap="1" wp14:anchorId="7F5AA5F3" wp14:editId="28B082BE">
            <wp:simplePos x="0" y="0"/>
            <wp:positionH relativeFrom="margin">
              <wp:posOffset>2020824</wp:posOffset>
            </wp:positionH>
            <wp:positionV relativeFrom="page">
              <wp:posOffset>2619883</wp:posOffset>
            </wp:positionV>
            <wp:extent cx="390525" cy="390525"/>
            <wp:effectExtent l="0" t="0" r="9525" b="9525"/>
            <wp:wrapNone/>
            <wp:docPr id="710655689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55689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3FD56" w14:textId="45E43063" w:rsidR="00713D28" w:rsidRPr="00713D28" w:rsidRDefault="00101C2A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505F9ED0" wp14:editId="2EC4518A">
                <wp:simplePos x="0" y="0"/>
                <wp:positionH relativeFrom="column">
                  <wp:posOffset>-126089</wp:posOffset>
                </wp:positionH>
                <wp:positionV relativeFrom="paragraph">
                  <wp:posOffset>1830862</wp:posOffset>
                </wp:positionV>
                <wp:extent cx="5514975" cy="600075"/>
                <wp:effectExtent l="0" t="38100" r="47625" b="66675"/>
                <wp:wrapNone/>
                <wp:docPr id="411246441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389881181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20593830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1ED1E4ED" w14:textId="77777777" w:rsidR="00314866" w:rsidRPr="00987D44" w:rsidRDefault="00314866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397379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634604 w 4819650"/>
                              <a:gd name="connsiteY2" fmla="*/ 0 h 600075"/>
                              <a:gd name="connsiteX3" fmla="*/ 1131666 w 4819650"/>
                              <a:gd name="connsiteY3" fmla="*/ 0 h 600075"/>
                              <a:gd name="connsiteX4" fmla="*/ 1723406 w 4819650"/>
                              <a:gd name="connsiteY4" fmla="*/ 0 h 600075"/>
                              <a:gd name="connsiteX5" fmla="*/ 2220468 w 4819650"/>
                              <a:gd name="connsiteY5" fmla="*/ 0 h 600075"/>
                              <a:gd name="connsiteX6" fmla="*/ 2717530 w 4819650"/>
                              <a:gd name="connsiteY6" fmla="*/ 0 h 600075"/>
                              <a:gd name="connsiteX7" fmla="*/ 3309271 w 4819650"/>
                              <a:gd name="connsiteY7" fmla="*/ 0 h 600075"/>
                              <a:gd name="connsiteX8" fmla="*/ 3758993 w 4819650"/>
                              <a:gd name="connsiteY8" fmla="*/ 0 h 600075"/>
                              <a:gd name="connsiteX9" fmla="*/ 4776787 w 4819650"/>
                              <a:gd name="connsiteY9" fmla="*/ 0 h 600075"/>
                              <a:gd name="connsiteX10" fmla="*/ 4819650 w 4819650"/>
                              <a:gd name="connsiteY10" fmla="*/ 42863 h 600075"/>
                              <a:gd name="connsiteX11" fmla="*/ 4819650 w 4819650"/>
                              <a:gd name="connsiteY11" fmla="*/ 557212 h 600075"/>
                              <a:gd name="connsiteX12" fmla="*/ 4776787 w 4819650"/>
                              <a:gd name="connsiteY12" fmla="*/ 600075 h 600075"/>
                              <a:gd name="connsiteX13" fmla="*/ 4327064 w 4819650"/>
                              <a:gd name="connsiteY13" fmla="*/ 600075 h 600075"/>
                              <a:gd name="connsiteX14" fmla="*/ 3830002 w 4819650"/>
                              <a:gd name="connsiteY14" fmla="*/ 600075 h 600075"/>
                              <a:gd name="connsiteX15" fmla="*/ 3190922 w 4819650"/>
                              <a:gd name="connsiteY15" fmla="*/ 600075 h 600075"/>
                              <a:gd name="connsiteX16" fmla="*/ 2693860 w 4819650"/>
                              <a:gd name="connsiteY16" fmla="*/ 600075 h 600075"/>
                              <a:gd name="connsiteX17" fmla="*/ 2102120 w 4819650"/>
                              <a:gd name="connsiteY17" fmla="*/ 600075 h 600075"/>
                              <a:gd name="connsiteX18" fmla="*/ 1652397 w 4819650"/>
                              <a:gd name="connsiteY18" fmla="*/ 600075 h 600075"/>
                              <a:gd name="connsiteX19" fmla="*/ 1155335 w 4819650"/>
                              <a:gd name="connsiteY19" fmla="*/ 600075 h 600075"/>
                              <a:gd name="connsiteX20" fmla="*/ 42863 w 4819650"/>
                              <a:gd name="connsiteY20" fmla="*/ 600075 h 600075"/>
                              <a:gd name="connsiteX21" fmla="*/ 0 w 4819650"/>
                              <a:gd name="connsiteY21" fmla="*/ 557212 h 600075"/>
                              <a:gd name="connsiteX22" fmla="*/ 0 w 4819650"/>
                              <a:gd name="connsiteY22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6155" y="21835"/>
                                  <a:pt x="24300" y="-4799"/>
                                  <a:pt x="42863" y="0"/>
                                </a:cubicBezTo>
                                <a:cubicBezTo>
                                  <a:pt x="219768" y="-49562"/>
                                  <a:pt x="425867" y="6293"/>
                                  <a:pt x="634604" y="0"/>
                                </a:cubicBezTo>
                                <a:cubicBezTo>
                                  <a:pt x="843341" y="-6293"/>
                                  <a:pt x="1003968" y="7013"/>
                                  <a:pt x="1131666" y="0"/>
                                </a:cubicBezTo>
                                <a:cubicBezTo>
                                  <a:pt x="1259364" y="-7013"/>
                                  <a:pt x="1581518" y="53118"/>
                                  <a:pt x="1723406" y="0"/>
                                </a:cubicBezTo>
                                <a:cubicBezTo>
                                  <a:pt x="1865294" y="-53118"/>
                                  <a:pt x="2114202" y="10806"/>
                                  <a:pt x="2220468" y="0"/>
                                </a:cubicBezTo>
                                <a:cubicBezTo>
                                  <a:pt x="2326734" y="-10806"/>
                                  <a:pt x="2473836" y="11526"/>
                                  <a:pt x="2717530" y="0"/>
                                </a:cubicBezTo>
                                <a:cubicBezTo>
                                  <a:pt x="2961224" y="-11526"/>
                                  <a:pt x="3106586" y="27784"/>
                                  <a:pt x="3309271" y="0"/>
                                </a:cubicBezTo>
                                <a:cubicBezTo>
                                  <a:pt x="3511956" y="-27784"/>
                                  <a:pt x="3561761" y="48645"/>
                                  <a:pt x="3758993" y="0"/>
                                </a:cubicBezTo>
                                <a:cubicBezTo>
                                  <a:pt x="3956225" y="-48645"/>
                                  <a:pt x="4290539" y="121351"/>
                                  <a:pt x="4776787" y="0"/>
                                </a:cubicBezTo>
                                <a:cubicBezTo>
                                  <a:pt x="4802746" y="1386"/>
                                  <a:pt x="4824322" y="24197"/>
                                  <a:pt x="4819650" y="42863"/>
                                </a:cubicBezTo>
                                <a:cubicBezTo>
                                  <a:pt x="4878209" y="151134"/>
                                  <a:pt x="4774101" y="430629"/>
                                  <a:pt x="4819650" y="557212"/>
                                </a:cubicBezTo>
                                <a:cubicBezTo>
                                  <a:pt x="4818654" y="574301"/>
                                  <a:pt x="4798572" y="602068"/>
                                  <a:pt x="4776787" y="600075"/>
                                </a:cubicBezTo>
                                <a:cubicBezTo>
                                  <a:pt x="4619285" y="649494"/>
                                  <a:pt x="4528806" y="590126"/>
                                  <a:pt x="4327064" y="600075"/>
                                </a:cubicBezTo>
                                <a:cubicBezTo>
                                  <a:pt x="4125322" y="610024"/>
                                  <a:pt x="3962843" y="544469"/>
                                  <a:pt x="3830002" y="600075"/>
                                </a:cubicBezTo>
                                <a:cubicBezTo>
                                  <a:pt x="3697161" y="655681"/>
                                  <a:pt x="3434056" y="597367"/>
                                  <a:pt x="3190922" y="600075"/>
                                </a:cubicBezTo>
                                <a:cubicBezTo>
                                  <a:pt x="2947788" y="602783"/>
                                  <a:pt x="2847680" y="551559"/>
                                  <a:pt x="2693860" y="600075"/>
                                </a:cubicBezTo>
                                <a:cubicBezTo>
                                  <a:pt x="2540040" y="648591"/>
                                  <a:pt x="2354061" y="556551"/>
                                  <a:pt x="2102120" y="600075"/>
                                </a:cubicBezTo>
                                <a:cubicBezTo>
                                  <a:pt x="1850179" y="643599"/>
                                  <a:pt x="1870318" y="563907"/>
                                  <a:pt x="1652397" y="600075"/>
                                </a:cubicBezTo>
                                <a:cubicBezTo>
                                  <a:pt x="1434476" y="636243"/>
                                  <a:pt x="1356383" y="548446"/>
                                  <a:pt x="1155335" y="600075"/>
                                </a:cubicBezTo>
                                <a:cubicBezTo>
                                  <a:pt x="954287" y="651704"/>
                                  <a:pt x="481545" y="554767"/>
                                  <a:pt x="42863" y="600075"/>
                                </a:cubicBezTo>
                                <a:cubicBezTo>
                                  <a:pt x="19350" y="597655"/>
                                  <a:pt x="-1638" y="577238"/>
                                  <a:pt x="0" y="557212"/>
                                </a:cubicBezTo>
                                <a:cubicBezTo>
                                  <a:pt x="-46758" y="397559"/>
                                  <a:pt x="12546" y="24094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1723" y="20632"/>
                                  <a:pt x="21486" y="-5931"/>
                                  <a:pt x="42863" y="0"/>
                                </a:cubicBezTo>
                                <a:cubicBezTo>
                                  <a:pt x="232616" y="-22902"/>
                                  <a:pt x="395596" y="595"/>
                                  <a:pt x="492586" y="0"/>
                                </a:cubicBezTo>
                                <a:cubicBezTo>
                                  <a:pt x="589576" y="-595"/>
                                  <a:pt x="773433" y="32767"/>
                                  <a:pt x="989648" y="0"/>
                                </a:cubicBezTo>
                                <a:cubicBezTo>
                                  <a:pt x="1205863" y="-32767"/>
                                  <a:pt x="1440837" y="59721"/>
                                  <a:pt x="1628728" y="0"/>
                                </a:cubicBezTo>
                                <a:cubicBezTo>
                                  <a:pt x="1816619" y="-59721"/>
                                  <a:pt x="2035262" y="67329"/>
                                  <a:pt x="2220468" y="0"/>
                                </a:cubicBezTo>
                                <a:cubicBezTo>
                                  <a:pt x="2405674" y="-67329"/>
                                  <a:pt x="2484153" y="30923"/>
                                  <a:pt x="2670191" y="0"/>
                                </a:cubicBezTo>
                                <a:cubicBezTo>
                                  <a:pt x="2856229" y="-30923"/>
                                  <a:pt x="3078807" y="9601"/>
                                  <a:pt x="3214592" y="0"/>
                                </a:cubicBezTo>
                                <a:cubicBezTo>
                                  <a:pt x="3350377" y="-9601"/>
                                  <a:pt x="3621886" y="17559"/>
                                  <a:pt x="3806333" y="0"/>
                                </a:cubicBezTo>
                                <a:cubicBezTo>
                                  <a:pt x="3990780" y="-17559"/>
                                  <a:pt x="4543105" y="109481"/>
                                  <a:pt x="4776787" y="0"/>
                                </a:cubicBezTo>
                                <a:cubicBezTo>
                                  <a:pt x="4797837" y="-496"/>
                                  <a:pt x="4813525" y="17337"/>
                                  <a:pt x="4819650" y="42863"/>
                                </a:cubicBezTo>
                                <a:cubicBezTo>
                                  <a:pt x="4820429" y="267224"/>
                                  <a:pt x="4773016" y="352409"/>
                                  <a:pt x="4819650" y="557212"/>
                                </a:cubicBezTo>
                                <a:cubicBezTo>
                                  <a:pt x="4821723" y="580350"/>
                                  <a:pt x="4800371" y="601913"/>
                                  <a:pt x="4776787" y="600075"/>
                                </a:cubicBezTo>
                                <a:cubicBezTo>
                                  <a:pt x="4563765" y="630374"/>
                                  <a:pt x="4442686" y="560838"/>
                                  <a:pt x="4327064" y="600075"/>
                                </a:cubicBezTo>
                                <a:cubicBezTo>
                                  <a:pt x="4211442" y="639312"/>
                                  <a:pt x="3994389" y="599726"/>
                                  <a:pt x="3877341" y="600075"/>
                                </a:cubicBezTo>
                                <a:cubicBezTo>
                                  <a:pt x="3760293" y="600424"/>
                                  <a:pt x="3600950" y="561219"/>
                                  <a:pt x="3332940" y="600075"/>
                                </a:cubicBezTo>
                                <a:cubicBezTo>
                                  <a:pt x="3064930" y="638931"/>
                                  <a:pt x="3045167" y="592697"/>
                                  <a:pt x="2883217" y="600075"/>
                                </a:cubicBezTo>
                                <a:cubicBezTo>
                                  <a:pt x="2721267" y="607453"/>
                                  <a:pt x="2455069" y="539549"/>
                                  <a:pt x="2338816" y="600075"/>
                                </a:cubicBezTo>
                                <a:cubicBezTo>
                                  <a:pt x="2222563" y="660601"/>
                                  <a:pt x="2043590" y="571509"/>
                                  <a:pt x="1889093" y="600075"/>
                                </a:cubicBezTo>
                                <a:cubicBezTo>
                                  <a:pt x="1734596" y="628641"/>
                                  <a:pt x="1525613" y="524752"/>
                                  <a:pt x="1250014" y="600075"/>
                                </a:cubicBezTo>
                                <a:cubicBezTo>
                                  <a:pt x="974415" y="675398"/>
                                  <a:pt x="796741" y="557051"/>
                                  <a:pt x="658273" y="600075"/>
                                </a:cubicBezTo>
                                <a:cubicBezTo>
                                  <a:pt x="519805" y="643099"/>
                                  <a:pt x="315818" y="563010"/>
                                  <a:pt x="42863" y="600075"/>
                                </a:cubicBezTo>
                                <a:cubicBezTo>
                                  <a:pt x="18698" y="597626"/>
                                  <a:pt x="4624" y="576160"/>
                                  <a:pt x="0" y="557212"/>
                                </a:cubicBezTo>
                                <a:cubicBezTo>
                                  <a:pt x="-45264" y="410798"/>
                                  <a:pt x="37371" y="265253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A243EB9" w14:textId="0BF908B7" w:rsidR="00314866" w:rsidRPr="00987D44" w:rsidRDefault="00314866" w:rsidP="00314866">
                              <w:pPr>
                                <w:spacing w:after="0" w:line="240" w:lineRule="auto"/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  <w:t>Build a snowman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F9ED0" id="Group 122" o:spid="_x0000_s1028" style="position:absolute;margin-left:-9.95pt;margin-top:144.15pt;width:434.25pt;height:47.25pt;z-index:-251569152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">
                <v:shape id="Text Box 120" o:spid="_x0000_s1029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20593830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1ED1E4ED" w14:textId="77777777" w:rsidR="00314866" w:rsidRPr="00987D44" w:rsidRDefault="00314866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30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" fillcolor="white [3201]" strokecolor="#c00000" strokeweight=".5pt">
                  <v:textbox>
                    <w:txbxContent>
                      <w:p w14:paraId="6A243EB9" w14:textId="0BF908B7" w:rsidR="00314866" w:rsidRPr="00987D44" w:rsidRDefault="00314866" w:rsidP="00314866">
                        <w:pPr>
                          <w:spacing w:after="0" w:line="240" w:lineRule="auto"/>
                          <w:rPr>
                            <w:rFonts w:ascii="Comfortaa" w:hAnsi="Comforta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fortaa" w:hAnsi="Comfortaa"/>
                            <w:sz w:val="32"/>
                            <w:szCs w:val="32"/>
                          </w:rPr>
                          <w:t>Build a snowman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7B67499F" wp14:editId="3C78E7EF">
                <wp:simplePos x="0" y="0"/>
                <wp:positionH relativeFrom="column">
                  <wp:posOffset>-126365</wp:posOffset>
                </wp:positionH>
                <wp:positionV relativeFrom="paragraph">
                  <wp:posOffset>2663190</wp:posOffset>
                </wp:positionV>
                <wp:extent cx="5514975" cy="600075"/>
                <wp:effectExtent l="0" t="38100" r="47625" b="66675"/>
                <wp:wrapNone/>
                <wp:docPr id="506137676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529565881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5895155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71503DE1" w14:textId="77777777" w:rsidR="00314866" w:rsidRPr="00987D44" w:rsidRDefault="00314866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786867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634604 w 4819650"/>
                              <a:gd name="connsiteY2" fmla="*/ 0 h 600075"/>
                              <a:gd name="connsiteX3" fmla="*/ 1131666 w 4819650"/>
                              <a:gd name="connsiteY3" fmla="*/ 0 h 600075"/>
                              <a:gd name="connsiteX4" fmla="*/ 1723406 w 4819650"/>
                              <a:gd name="connsiteY4" fmla="*/ 0 h 600075"/>
                              <a:gd name="connsiteX5" fmla="*/ 2220468 w 4819650"/>
                              <a:gd name="connsiteY5" fmla="*/ 0 h 600075"/>
                              <a:gd name="connsiteX6" fmla="*/ 2717530 w 4819650"/>
                              <a:gd name="connsiteY6" fmla="*/ 0 h 600075"/>
                              <a:gd name="connsiteX7" fmla="*/ 3309271 w 4819650"/>
                              <a:gd name="connsiteY7" fmla="*/ 0 h 600075"/>
                              <a:gd name="connsiteX8" fmla="*/ 3758993 w 4819650"/>
                              <a:gd name="connsiteY8" fmla="*/ 0 h 600075"/>
                              <a:gd name="connsiteX9" fmla="*/ 4776787 w 4819650"/>
                              <a:gd name="connsiteY9" fmla="*/ 0 h 600075"/>
                              <a:gd name="connsiteX10" fmla="*/ 4819650 w 4819650"/>
                              <a:gd name="connsiteY10" fmla="*/ 42863 h 600075"/>
                              <a:gd name="connsiteX11" fmla="*/ 4819650 w 4819650"/>
                              <a:gd name="connsiteY11" fmla="*/ 557212 h 600075"/>
                              <a:gd name="connsiteX12" fmla="*/ 4776787 w 4819650"/>
                              <a:gd name="connsiteY12" fmla="*/ 600075 h 600075"/>
                              <a:gd name="connsiteX13" fmla="*/ 4327064 w 4819650"/>
                              <a:gd name="connsiteY13" fmla="*/ 600075 h 600075"/>
                              <a:gd name="connsiteX14" fmla="*/ 3830002 w 4819650"/>
                              <a:gd name="connsiteY14" fmla="*/ 600075 h 600075"/>
                              <a:gd name="connsiteX15" fmla="*/ 3190922 w 4819650"/>
                              <a:gd name="connsiteY15" fmla="*/ 600075 h 600075"/>
                              <a:gd name="connsiteX16" fmla="*/ 2693860 w 4819650"/>
                              <a:gd name="connsiteY16" fmla="*/ 600075 h 600075"/>
                              <a:gd name="connsiteX17" fmla="*/ 2102120 w 4819650"/>
                              <a:gd name="connsiteY17" fmla="*/ 600075 h 600075"/>
                              <a:gd name="connsiteX18" fmla="*/ 1652397 w 4819650"/>
                              <a:gd name="connsiteY18" fmla="*/ 600075 h 600075"/>
                              <a:gd name="connsiteX19" fmla="*/ 1155335 w 4819650"/>
                              <a:gd name="connsiteY19" fmla="*/ 600075 h 600075"/>
                              <a:gd name="connsiteX20" fmla="*/ 42863 w 4819650"/>
                              <a:gd name="connsiteY20" fmla="*/ 600075 h 600075"/>
                              <a:gd name="connsiteX21" fmla="*/ 0 w 4819650"/>
                              <a:gd name="connsiteY21" fmla="*/ 557212 h 600075"/>
                              <a:gd name="connsiteX22" fmla="*/ 0 w 4819650"/>
                              <a:gd name="connsiteY22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6155" y="21835"/>
                                  <a:pt x="24300" y="-4799"/>
                                  <a:pt x="42863" y="0"/>
                                </a:cubicBezTo>
                                <a:cubicBezTo>
                                  <a:pt x="219768" y="-49562"/>
                                  <a:pt x="425867" y="6293"/>
                                  <a:pt x="634604" y="0"/>
                                </a:cubicBezTo>
                                <a:cubicBezTo>
                                  <a:pt x="843341" y="-6293"/>
                                  <a:pt x="1003968" y="7013"/>
                                  <a:pt x="1131666" y="0"/>
                                </a:cubicBezTo>
                                <a:cubicBezTo>
                                  <a:pt x="1259364" y="-7013"/>
                                  <a:pt x="1581518" y="53118"/>
                                  <a:pt x="1723406" y="0"/>
                                </a:cubicBezTo>
                                <a:cubicBezTo>
                                  <a:pt x="1865294" y="-53118"/>
                                  <a:pt x="2114202" y="10806"/>
                                  <a:pt x="2220468" y="0"/>
                                </a:cubicBezTo>
                                <a:cubicBezTo>
                                  <a:pt x="2326734" y="-10806"/>
                                  <a:pt x="2473836" y="11526"/>
                                  <a:pt x="2717530" y="0"/>
                                </a:cubicBezTo>
                                <a:cubicBezTo>
                                  <a:pt x="2961224" y="-11526"/>
                                  <a:pt x="3106586" y="27784"/>
                                  <a:pt x="3309271" y="0"/>
                                </a:cubicBezTo>
                                <a:cubicBezTo>
                                  <a:pt x="3511956" y="-27784"/>
                                  <a:pt x="3561761" y="48645"/>
                                  <a:pt x="3758993" y="0"/>
                                </a:cubicBezTo>
                                <a:cubicBezTo>
                                  <a:pt x="3956225" y="-48645"/>
                                  <a:pt x="4290539" y="121351"/>
                                  <a:pt x="4776787" y="0"/>
                                </a:cubicBezTo>
                                <a:cubicBezTo>
                                  <a:pt x="4802746" y="1386"/>
                                  <a:pt x="4824322" y="24197"/>
                                  <a:pt x="4819650" y="42863"/>
                                </a:cubicBezTo>
                                <a:cubicBezTo>
                                  <a:pt x="4878209" y="151134"/>
                                  <a:pt x="4774101" y="430629"/>
                                  <a:pt x="4819650" y="557212"/>
                                </a:cubicBezTo>
                                <a:cubicBezTo>
                                  <a:pt x="4818654" y="574301"/>
                                  <a:pt x="4798572" y="602068"/>
                                  <a:pt x="4776787" y="600075"/>
                                </a:cubicBezTo>
                                <a:cubicBezTo>
                                  <a:pt x="4619285" y="649494"/>
                                  <a:pt x="4528806" y="590126"/>
                                  <a:pt x="4327064" y="600075"/>
                                </a:cubicBezTo>
                                <a:cubicBezTo>
                                  <a:pt x="4125322" y="610024"/>
                                  <a:pt x="3962843" y="544469"/>
                                  <a:pt x="3830002" y="600075"/>
                                </a:cubicBezTo>
                                <a:cubicBezTo>
                                  <a:pt x="3697161" y="655681"/>
                                  <a:pt x="3434056" y="597367"/>
                                  <a:pt x="3190922" y="600075"/>
                                </a:cubicBezTo>
                                <a:cubicBezTo>
                                  <a:pt x="2947788" y="602783"/>
                                  <a:pt x="2847680" y="551559"/>
                                  <a:pt x="2693860" y="600075"/>
                                </a:cubicBezTo>
                                <a:cubicBezTo>
                                  <a:pt x="2540040" y="648591"/>
                                  <a:pt x="2354061" y="556551"/>
                                  <a:pt x="2102120" y="600075"/>
                                </a:cubicBezTo>
                                <a:cubicBezTo>
                                  <a:pt x="1850179" y="643599"/>
                                  <a:pt x="1870318" y="563907"/>
                                  <a:pt x="1652397" y="600075"/>
                                </a:cubicBezTo>
                                <a:cubicBezTo>
                                  <a:pt x="1434476" y="636243"/>
                                  <a:pt x="1356383" y="548446"/>
                                  <a:pt x="1155335" y="600075"/>
                                </a:cubicBezTo>
                                <a:cubicBezTo>
                                  <a:pt x="954287" y="651704"/>
                                  <a:pt x="481545" y="554767"/>
                                  <a:pt x="42863" y="600075"/>
                                </a:cubicBezTo>
                                <a:cubicBezTo>
                                  <a:pt x="19350" y="597655"/>
                                  <a:pt x="-1638" y="577238"/>
                                  <a:pt x="0" y="557212"/>
                                </a:cubicBezTo>
                                <a:cubicBezTo>
                                  <a:pt x="-46758" y="397559"/>
                                  <a:pt x="12546" y="24094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1723" y="20632"/>
                                  <a:pt x="21486" y="-5931"/>
                                  <a:pt x="42863" y="0"/>
                                </a:cubicBezTo>
                                <a:cubicBezTo>
                                  <a:pt x="232616" y="-22902"/>
                                  <a:pt x="395596" y="595"/>
                                  <a:pt x="492586" y="0"/>
                                </a:cubicBezTo>
                                <a:cubicBezTo>
                                  <a:pt x="589576" y="-595"/>
                                  <a:pt x="773433" y="32767"/>
                                  <a:pt x="989648" y="0"/>
                                </a:cubicBezTo>
                                <a:cubicBezTo>
                                  <a:pt x="1205863" y="-32767"/>
                                  <a:pt x="1440837" y="59721"/>
                                  <a:pt x="1628728" y="0"/>
                                </a:cubicBezTo>
                                <a:cubicBezTo>
                                  <a:pt x="1816619" y="-59721"/>
                                  <a:pt x="2035262" y="67329"/>
                                  <a:pt x="2220468" y="0"/>
                                </a:cubicBezTo>
                                <a:cubicBezTo>
                                  <a:pt x="2405674" y="-67329"/>
                                  <a:pt x="2484153" y="30923"/>
                                  <a:pt x="2670191" y="0"/>
                                </a:cubicBezTo>
                                <a:cubicBezTo>
                                  <a:pt x="2856229" y="-30923"/>
                                  <a:pt x="3078807" y="9601"/>
                                  <a:pt x="3214592" y="0"/>
                                </a:cubicBezTo>
                                <a:cubicBezTo>
                                  <a:pt x="3350377" y="-9601"/>
                                  <a:pt x="3621886" y="17559"/>
                                  <a:pt x="3806333" y="0"/>
                                </a:cubicBezTo>
                                <a:cubicBezTo>
                                  <a:pt x="3990780" y="-17559"/>
                                  <a:pt x="4543105" y="109481"/>
                                  <a:pt x="4776787" y="0"/>
                                </a:cubicBezTo>
                                <a:cubicBezTo>
                                  <a:pt x="4797837" y="-496"/>
                                  <a:pt x="4813525" y="17337"/>
                                  <a:pt x="4819650" y="42863"/>
                                </a:cubicBezTo>
                                <a:cubicBezTo>
                                  <a:pt x="4820429" y="267224"/>
                                  <a:pt x="4773016" y="352409"/>
                                  <a:pt x="4819650" y="557212"/>
                                </a:cubicBezTo>
                                <a:cubicBezTo>
                                  <a:pt x="4821723" y="580350"/>
                                  <a:pt x="4800371" y="601913"/>
                                  <a:pt x="4776787" y="600075"/>
                                </a:cubicBezTo>
                                <a:cubicBezTo>
                                  <a:pt x="4563765" y="630374"/>
                                  <a:pt x="4442686" y="560838"/>
                                  <a:pt x="4327064" y="600075"/>
                                </a:cubicBezTo>
                                <a:cubicBezTo>
                                  <a:pt x="4211442" y="639312"/>
                                  <a:pt x="3994389" y="599726"/>
                                  <a:pt x="3877341" y="600075"/>
                                </a:cubicBezTo>
                                <a:cubicBezTo>
                                  <a:pt x="3760293" y="600424"/>
                                  <a:pt x="3600950" y="561219"/>
                                  <a:pt x="3332940" y="600075"/>
                                </a:cubicBezTo>
                                <a:cubicBezTo>
                                  <a:pt x="3064930" y="638931"/>
                                  <a:pt x="3045167" y="592697"/>
                                  <a:pt x="2883217" y="600075"/>
                                </a:cubicBezTo>
                                <a:cubicBezTo>
                                  <a:pt x="2721267" y="607453"/>
                                  <a:pt x="2455069" y="539549"/>
                                  <a:pt x="2338816" y="600075"/>
                                </a:cubicBezTo>
                                <a:cubicBezTo>
                                  <a:pt x="2222563" y="660601"/>
                                  <a:pt x="2043590" y="571509"/>
                                  <a:pt x="1889093" y="600075"/>
                                </a:cubicBezTo>
                                <a:cubicBezTo>
                                  <a:pt x="1734596" y="628641"/>
                                  <a:pt x="1525613" y="524752"/>
                                  <a:pt x="1250014" y="600075"/>
                                </a:cubicBezTo>
                                <a:cubicBezTo>
                                  <a:pt x="974415" y="675398"/>
                                  <a:pt x="796741" y="557051"/>
                                  <a:pt x="658273" y="600075"/>
                                </a:cubicBezTo>
                                <a:cubicBezTo>
                                  <a:pt x="519805" y="643099"/>
                                  <a:pt x="315818" y="563010"/>
                                  <a:pt x="42863" y="600075"/>
                                </a:cubicBezTo>
                                <a:cubicBezTo>
                                  <a:pt x="18698" y="597626"/>
                                  <a:pt x="4624" y="576160"/>
                                  <a:pt x="0" y="557212"/>
                                </a:cubicBezTo>
                                <a:cubicBezTo>
                                  <a:pt x="-45264" y="410798"/>
                                  <a:pt x="37371" y="265253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EAD79B8" w14:textId="369B0BBA" w:rsidR="00314866" w:rsidRPr="00987D44" w:rsidRDefault="00314866" w:rsidP="00314866">
                              <w:pPr>
                                <w:spacing w:after="0" w:line="240" w:lineRule="auto"/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  <w:t>Watch a holiday movie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7499F" id="_x0000_s1031" style="position:absolute;margin-left:-9.95pt;margin-top:209.7pt;width:434.25pt;height:47.25pt;z-index:-251567104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">
                <v:shape id="Text Box 120" o:spid="_x0000_s1032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5895155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71503DE1" w14:textId="77777777" w:rsidR="00314866" w:rsidRPr="00987D44" w:rsidRDefault="00314866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33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" fillcolor="white [3201]" strokecolor="#c00000" strokeweight=".5pt">
                  <v:textbox>
                    <w:txbxContent>
                      <w:p w14:paraId="1EAD79B8" w14:textId="369B0BBA" w:rsidR="00314866" w:rsidRPr="00987D44" w:rsidRDefault="00314866" w:rsidP="00314866">
                        <w:pPr>
                          <w:spacing w:after="0" w:line="240" w:lineRule="auto"/>
                          <w:rPr>
                            <w:rFonts w:ascii="Comfortaa" w:hAnsi="Comforta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fortaa" w:hAnsi="Comfortaa"/>
                            <w:sz w:val="32"/>
                            <w:szCs w:val="32"/>
                          </w:rPr>
                          <w:t>Watch a holiday movie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420AA083" wp14:editId="05669CA3">
                <wp:simplePos x="0" y="0"/>
                <wp:positionH relativeFrom="column">
                  <wp:posOffset>-126365</wp:posOffset>
                </wp:positionH>
                <wp:positionV relativeFrom="paragraph">
                  <wp:posOffset>986155</wp:posOffset>
                </wp:positionV>
                <wp:extent cx="5514975" cy="600075"/>
                <wp:effectExtent l="0" t="38100" r="47625" b="66675"/>
                <wp:wrapNone/>
                <wp:docPr id="168357748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803003758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20283201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0A0C2C4E" w14:textId="7BDDFFEC" w:rsidR="00314866" w:rsidRPr="00987D44" w:rsidRDefault="00E2650E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630779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634604 w 4819650"/>
                              <a:gd name="connsiteY2" fmla="*/ 0 h 600075"/>
                              <a:gd name="connsiteX3" fmla="*/ 1131666 w 4819650"/>
                              <a:gd name="connsiteY3" fmla="*/ 0 h 600075"/>
                              <a:gd name="connsiteX4" fmla="*/ 1723406 w 4819650"/>
                              <a:gd name="connsiteY4" fmla="*/ 0 h 600075"/>
                              <a:gd name="connsiteX5" fmla="*/ 2220468 w 4819650"/>
                              <a:gd name="connsiteY5" fmla="*/ 0 h 600075"/>
                              <a:gd name="connsiteX6" fmla="*/ 2717530 w 4819650"/>
                              <a:gd name="connsiteY6" fmla="*/ 0 h 600075"/>
                              <a:gd name="connsiteX7" fmla="*/ 3309271 w 4819650"/>
                              <a:gd name="connsiteY7" fmla="*/ 0 h 600075"/>
                              <a:gd name="connsiteX8" fmla="*/ 3758993 w 4819650"/>
                              <a:gd name="connsiteY8" fmla="*/ 0 h 600075"/>
                              <a:gd name="connsiteX9" fmla="*/ 4776787 w 4819650"/>
                              <a:gd name="connsiteY9" fmla="*/ 0 h 600075"/>
                              <a:gd name="connsiteX10" fmla="*/ 4819650 w 4819650"/>
                              <a:gd name="connsiteY10" fmla="*/ 42863 h 600075"/>
                              <a:gd name="connsiteX11" fmla="*/ 4819650 w 4819650"/>
                              <a:gd name="connsiteY11" fmla="*/ 557212 h 600075"/>
                              <a:gd name="connsiteX12" fmla="*/ 4776787 w 4819650"/>
                              <a:gd name="connsiteY12" fmla="*/ 600075 h 600075"/>
                              <a:gd name="connsiteX13" fmla="*/ 4327064 w 4819650"/>
                              <a:gd name="connsiteY13" fmla="*/ 600075 h 600075"/>
                              <a:gd name="connsiteX14" fmla="*/ 3830002 w 4819650"/>
                              <a:gd name="connsiteY14" fmla="*/ 600075 h 600075"/>
                              <a:gd name="connsiteX15" fmla="*/ 3190922 w 4819650"/>
                              <a:gd name="connsiteY15" fmla="*/ 600075 h 600075"/>
                              <a:gd name="connsiteX16" fmla="*/ 2693860 w 4819650"/>
                              <a:gd name="connsiteY16" fmla="*/ 600075 h 600075"/>
                              <a:gd name="connsiteX17" fmla="*/ 2102120 w 4819650"/>
                              <a:gd name="connsiteY17" fmla="*/ 600075 h 600075"/>
                              <a:gd name="connsiteX18" fmla="*/ 1652397 w 4819650"/>
                              <a:gd name="connsiteY18" fmla="*/ 600075 h 600075"/>
                              <a:gd name="connsiteX19" fmla="*/ 1155335 w 4819650"/>
                              <a:gd name="connsiteY19" fmla="*/ 600075 h 600075"/>
                              <a:gd name="connsiteX20" fmla="*/ 42863 w 4819650"/>
                              <a:gd name="connsiteY20" fmla="*/ 600075 h 600075"/>
                              <a:gd name="connsiteX21" fmla="*/ 0 w 4819650"/>
                              <a:gd name="connsiteY21" fmla="*/ 557212 h 600075"/>
                              <a:gd name="connsiteX22" fmla="*/ 0 w 4819650"/>
                              <a:gd name="connsiteY22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6155" y="21835"/>
                                  <a:pt x="24300" y="-4799"/>
                                  <a:pt x="42863" y="0"/>
                                </a:cubicBezTo>
                                <a:cubicBezTo>
                                  <a:pt x="219768" y="-49562"/>
                                  <a:pt x="425867" y="6293"/>
                                  <a:pt x="634604" y="0"/>
                                </a:cubicBezTo>
                                <a:cubicBezTo>
                                  <a:pt x="843341" y="-6293"/>
                                  <a:pt x="1003968" y="7013"/>
                                  <a:pt x="1131666" y="0"/>
                                </a:cubicBezTo>
                                <a:cubicBezTo>
                                  <a:pt x="1259364" y="-7013"/>
                                  <a:pt x="1581518" y="53118"/>
                                  <a:pt x="1723406" y="0"/>
                                </a:cubicBezTo>
                                <a:cubicBezTo>
                                  <a:pt x="1865294" y="-53118"/>
                                  <a:pt x="2114202" y="10806"/>
                                  <a:pt x="2220468" y="0"/>
                                </a:cubicBezTo>
                                <a:cubicBezTo>
                                  <a:pt x="2326734" y="-10806"/>
                                  <a:pt x="2473836" y="11526"/>
                                  <a:pt x="2717530" y="0"/>
                                </a:cubicBezTo>
                                <a:cubicBezTo>
                                  <a:pt x="2961224" y="-11526"/>
                                  <a:pt x="3106586" y="27784"/>
                                  <a:pt x="3309271" y="0"/>
                                </a:cubicBezTo>
                                <a:cubicBezTo>
                                  <a:pt x="3511956" y="-27784"/>
                                  <a:pt x="3561761" y="48645"/>
                                  <a:pt x="3758993" y="0"/>
                                </a:cubicBezTo>
                                <a:cubicBezTo>
                                  <a:pt x="3956225" y="-48645"/>
                                  <a:pt x="4290539" y="121351"/>
                                  <a:pt x="4776787" y="0"/>
                                </a:cubicBezTo>
                                <a:cubicBezTo>
                                  <a:pt x="4802746" y="1386"/>
                                  <a:pt x="4824322" y="24197"/>
                                  <a:pt x="4819650" y="42863"/>
                                </a:cubicBezTo>
                                <a:cubicBezTo>
                                  <a:pt x="4878209" y="151134"/>
                                  <a:pt x="4774101" y="430629"/>
                                  <a:pt x="4819650" y="557212"/>
                                </a:cubicBezTo>
                                <a:cubicBezTo>
                                  <a:pt x="4818654" y="574301"/>
                                  <a:pt x="4798572" y="602068"/>
                                  <a:pt x="4776787" y="600075"/>
                                </a:cubicBezTo>
                                <a:cubicBezTo>
                                  <a:pt x="4619285" y="649494"/>
                                  <a:pt x="4528806" y="590126"/>
                                  <a:pt x="4327064" y="600075"/>
                                </a:cubicBezTo>
                                <a:cubicBezTo>
                                  <a:pt x="4125322" y="610024"/>
                                  <a:pt x="3962843" y="544469"/>
                                  <a:pt x="3830002" y="600075"/>
                                </a:cubicBezTo>
                                <a:cubicBezTo>
                                  <a:pt x="3697161" y="655681"/>
                                  <a:pt x="3434056" y="597367"/>
                                  <a:pt x="3190922" y="600075"/>
                                </a:cubicBezTo>
                                <a:cubicBezTo>
                                  <a:pt x="2947788" y="602783"/>
                                  <a:pt x="2847680" y="551559"/>
                                  <a:pt x="2693860" y="600075"/>
                                </a:cubicBezTo>
                                <a:cubicBezTo>
                                  <a:pt x="2540040" y="648591"/>
                                  <a:pt x="2354061" y="556551"/>
                                  <a:pt x="2102120" y="600075"/>
                                </a:cubicBezTo>
                                <a:cubicBezTo>
                                  <a:pt x="1850179" y="643599"/>
                                  <a:pt x="1870318" y="563907"/>
                                  <a:pt x="1652397" y="600075"/>
                                </a:cubicBezTo>
                                <a:cubicBezTo>
                                  <a:pt x="1434476" y="636243"/>
                                  <a:pt x="1356383" y="548446"/>
                                  <a:pt x="1155335" y="600075"/>
                                </a:cubicBezTo>
                                <a:cubicBezTo>
                                  <a:pt x="954287" y="651704"/>
                                  <a:pt x="481545" y="554767"/>
                                  <a:pt x="42863" y="600075"/>
                                </a:cubicBezTo>
                                <a:cubicBezTo>
                                  <a:pt x="19350" y="597655"/>
                                  <a:pt x="-1638" y="577238"/>
                                  <a:pt x="0" y="557212"/>
                                </a:cubicBezTo>
                                <a:cubicBezTo>
                                  <a:pt x="-46758" y="397559"/>
                                  <a:pt x="12546" y="24094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1723" y="20632"/>
                                  <a:pt x="21486" y="-5931"/>
                                  <a:pt x="42863" y="0"/>
                                </a:cubicBezTo>
                                <a:cubicBezTo>
                                  <a:pt x="232616" y="-22902"/>
                                  <a:pt x="395596" y="595"/>
                                  <a:pt x="492586" y="0"/>
                                </a:cubicBezTo>
                                <a:cubicBezTo>
                                  <a:pt x="589576" y="-595"/>
                                  <a:pt x="773433" y="32767"/>
                                  <a:pt x="989648" y="0"/>
                                </a:cubicBezTo>
                                <a:cubicBezTo>
                                  <a:pt x="1205863" y="-32767"/>
                                  <a:pt x="1440837" y="59721"/>
                                  <a:pt x="1628728" y="0"/>
                                </a:cubicBezTo>
                                <a:cubicBezTo>
                                  <a:pt x="1816619" y="-59721"/>
                                  <a:pt x="2035262" y="67329"/>
                                  <a:pt x="2220468" y="0"/>
                                </a:cubicBezTo>
                                <a:cubicBezTo>
                                  <a:pt x="2405674" y="-67329"/>
                                  <a:pt x="2484153" y="30923"/>
                                  <a:pt x="2670191" y="0"/>
                                </a:cubicBezTo>
                                <a:cubicBezTo>
                                  <a:pt x="2856229" y="-30923"/>
                                  <a:pt x="3078807" y="9601"/>
                                  <a:pt x="3214592" y="0"/>
                                </a:cubicBezTo>
                                <a:cubicBezTo>
                                  <a:pt x="3350377" y="-9601"/>
                                  <a:pt x="3621886" y="17559"/>
                                  <a:pt x="3806333" y="0"/>
                                </a:cubicBezTo>
                                <a:cubicBezTo>
                                  <a:pt x="3990780" y="-17559"/>
                                  <a:pt x="4543105" y="109481"/>
                                  <a:pt x="4776787" y="0"/>
                                </a:cubicBezTo>
                                <a:cubicBezTo>
                                  <a:pt x="4797837" y="-496"/>
                                  <a:pt x="4813525" y="17337"/>
                                  <a:pt x="4819650" y="42863"/>
                                </a:cubicBezTo>
                                <a:cubicBezTo>
                                  <a:pt x="4820429" y="267224"/>
                                  <a:pt x="4773016" y="352409"/>
                                  <a:pt x="4819650" y="557212"/>
                                </a:cubicBezTo>
                                <a:cubicBezTo>
                                  <a:pt x="4821723" y="580350"/>
                                  <a:pt x="4800371" y="601913"/>
                                  <a:pt x="4776787" y="600075"/>
                                </a:cubicBezTo>
                                <a:cubicBezTo>
                                  <a:pt x="4563765" y="630374"/>
                                  <a:pt x="4442686" y="560838"/>
                                  <a:pt x="4327064" y="600075"/>
                                </a:cubicBezTo>
                                <a:cubicBezTo>
                                  <a:pt x="4211442" y="639312"/>
                                  <a:pt x="3994389" y="599726"/>
                                  <a:pt x="3877341" y="600075"/>
                                </a:cubicBezTo>
                                <a:cubicBezTo>
                                  <a:pt x="3760293" y="600424"/>
                                  <a:pt x="3600950" y="561219"/>
                                  <a:pt x="3332940" y="600075"/>
                                </a:cubicBezTo>
                                <a:cubicBezTo>
                                  <a:pt x="3064930" y="638931"/>
                                  <a:pt x="3045167" y="592697"/>
                                  <a:pt x="2883217" y="600075"/>
                                </a:cubicBezTo>
                                <a:cubicBezTo>
                                  <a:pt x="2721267" y="607453"/>
                                  <a:pt x="2455069" y="539549"/>
                                  <a:pt x="2338816" y="600075"/>
                                </a:cubicBezTo>
                                <a:cubicBezTo>
                                  <a:pt x="2222563" y="660601"/>
                                  <a:pt x="2043590" y="571509"/>
                                  <a:pt x="1889093" y="600075"/>
                                </a:cubicBezTo>
                                <a:cubicBezTo>
                                  <a:pt x="1734596" y="628641"/>
                                  <a:pt x="1525613" y="524752"/>
                                  <a:pt x="1250014" y="600075"/>
                                </a:cubicBezTo>
                                <a:cubicBezTo>
                                  <a:pt x="974415" y="675398"/>
                                  <a:pt x="796741" y="557051"/>
                                  <a:pt x="658273" y="600075"/>
                                </a:cubicBezTo>
                                <a:cubicBezTo>
                                  <a:pt x="519805" y="643099"/>
                                  <a:pt x="315818" y="563010"/>
                                  <a:pt x="42863" y="600075"/>
                                </a:cubicBezTo>
                                <a:cubicBezTo>
                                  <a:pt x="18698" y="597626"/>
                                  <a:pt x="4624" y="576160"/>
                                  <a:pt x="0" y="557212"/>
                                </a:cubicBezTo>
                                <a:cubicBezTo>
                                  <a:pt x="-45264" y="410798"/>
                                  <a:pt x="37371" y="265253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00C5ACB" w14:textId="58BAD00D" w:rsidR="00314866" w:rsidRPr="00987D44" w:rsidRDefault="00314866" w:rsidP="00314866">
                              <w:pPr>
                                <w:spacing w:after="0" w:line="240" w:lineRule="auto"/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  <w:t>Write to Santa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AA083" id="_x0000_s1034" style="position:absolute;margin-left:-9.95pt;margin-top:77.65pt;width:434.25pt;height:47.25pt;z-index:-251571200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">
                <v:shape id="Text Box 120" o:spid="_x0000_s1035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20283201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0A0C2C4E" w14:textId="7BDDFFEC" w:rsidR="00314866" w:rsidRPr="00987D44" w:rsidRDefault="00E2650E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36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" fillcolor="white [3201]" strokecolor="#c00000" strokeweight=".5pt">
                  <v:textbox>
                    <w:txbxContent>
                      <w:p w14:paraId="100C5ACB" w14:textId="58BAD00D" w:rsidR="00314866" w:rsidRPr="00987D44" w:rsidRDefault="00314866" w:rsidP="00314866">
                        <w:pPr>
                          <w:spacing w:after="0" w:line="240" w:lineRule="auto"/>
                          <w:rPr>
                            <w:rFonts w:ascii="Comfortaa" w:hAnsi="Comforta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fortaa" w:hAnsi="Comfortaa"/>
                            <w:sz w:val="32"/>
                            <w:szCs w:val="32"/>
                          </w:rPr>
                          <w:t>Write to Santa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449135E0" wp14:editId="4C93C067">
                <wp:simplePos x="0" y="0"/>
                <wp:positionH relativeFrom="column">
                  <wp:posOffset>-126365</wp:posOffset>
                </wp:positionH>
                <wp:positionV relativeFrom="paragraph">
                  <wp:posOffset>4340225</wp:posOffset>
                </wp:positionV>
                <wp:extent cx="5514975" cy="600075"/>
                <wp:effectExtent l="0" t="38100" r="47625" b="66675"/>
                <wp:wrapNone/>
                <wp:docPr id="461801008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053976743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8797822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5D8B5367" w14:textId="77777777" w:rsidR="00314866" w:rsidRPr="00987D44" w:rsidRDefault="00314866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957715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634604 w 4819650"/>
                              <a:gd name="connsiteY2" fmla="*/ 0 h 600075"/>
                              <a:gd name="connsiteX3" fmla="*/ 1131666 w 4819650"/>
                              <a:gd name="connsiteY3" fmla="*/ 0 h 600075"/>
                              <a:gd name="connsiteX4" fmla="*/ 1723406 w 4819650"/>
                              <a:gd name="connsiteY4" fmla="*/ 0 h 600075"/>
                              <a:gd name="connsiteX5" fmla="*/ 2220468 w 4819650"/>
                              <a:gd name="connsiteY5" fmla="*/ 0 h 600075"/>
                              <a:gd name="connsiteX6" fmla="*/ 2717530 w 4819650"/>
                              <a:gd name="connsiteY6" fmla="*/ 0 h 600075"/>
                              <a:gd name="connsiteX7" fmla="*/ 3309271 w 4819650"/>
                              <a:gd name="connsiteY7" fmla="*/ 0 h 600075"/>
                              <a:gd name="connsiteX8" fmla="*/ 3758993 w 4819650"/>
                              <a:gd name="connsiteY8" fmla="*/ 0 h 600075"/>
                              <a:gd name="connsiteX9" fmla="*/ 4776787 w 4819650"/>
                              <a:gd name="connsiteY9" fmla="*/ 0 h 600075"/>
                              <a:gd name="connsiteX10" fmla="*/ 4819650 w 4819650"/>
                              <a:gd name="connsiteY10" fmla="*/ 42863 h 600075"/>
                              <a:gd name="connsiteX11" fmla="*/ 4819650 w 4819650"/>
                              <a:gd name="connsiteY11" fmla="*/ 557212 h 600075"/>
                              <a:gd name="connsiteX12" fmla="*/ 4776787 w 4819650"/>
                              <a:gd name="connsiteY12" fmla="*/ 600075 h 600075"/>
                              <a:gd name="connsiteX13" fmla="*/ 4327064 w 4819650"/>
                              <a:gd name="connsiteY13" fmla="*/ 600075 h 600075"/>
                              <a:gd name="connsiteX14" fmla="*/ 3830002 w 4819650"/>
                              <a:gd name="connsiteY14" fmla="*/ 600075 h 600075"/>
                              <a:gd name="connsiteX15" fmla="*/ 3190922 w 4819650"/>
                              <a:gd name="connsiteY15" fmla="*/ 600075 h 600075"/>
                              <a:gd name="connsiteX16" fmla="*/ 2693860 w 4819650"/>
                              <a:gd name="connsiteY16" fmla="*/ 600075 h 600075"/>
                              <a:gd name="connsiteX17" fmla="*/ 2102120 w 4819650"/>
                              <a:gd name="connsiteY17" fmla="*/ 600075 h 600075"/>
                              <a:gd name="connsiteX18" fmla="*/ 1652397 w 4819650"/>
                              <a:gd name="connsiteY18" fmla="*/ 600075 h 600075"/>
                              <a:gd name="connsiteX19" fmla="*/ 1155335 w 4819650"/>
                              <a:gd name="connsiteY19" fmla="*/ 600075 h 600075"/>
                              <a:gd name="connsiteX20" fmla="*/ 42863 w 4819650"/>
                              <a:gd name="connsiteY20" fmla="*/ 600075 h 600075"/>
                              <a:gd name="connsiteX21" fmla="*/ 0 w 4819650"/>
                              <a:gd name="connsiteY21" fmla="*/ 557212 h 600075"/>
                              <a:gd name="connsiteX22" fmla="*/ 0 w 4819650"/>
                              <a:gd name="connsiteY22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6155" y="21835"/>
                                  <a:pt x="24300" y="-4799"/>
                                  <a:pt x="42863" y="0"/>
                                </a:cubicBezTo>
                                <a:cubicBezTo>
                                  <a:pt x="219768" y="-49562"/>
                                  <a:pt x="425867" y="6293"/>
                                  <a:pt x="634604" y="0"/>
                                </a:cubicBezTo>
                                <a:cubicBezTo>
                                  <a:pt x="843341" y="-6293"/>
                                  <a:pt x="1003968" y="7013"/>
                                  <a:pt x="1131666" y="0"/>
                                </a:cubicBezTo>
                                <a:cubicBezTo>
                                  <a:pt x="1259364" y="-7013"/>
                                  <a:pt x="1581518" y="53118"/>
                                  <a:pt x="1723406" y="0"/>
                                </a:cubicBezTo>
                                <a:cubicBezTo>
                                  <a:pt x="1865294" y="-53118"/>
                                  <a:pt x="2114202" y="10806"/>
                                  <a:pt x="2220468" y="0"/>
                                </a:cubicBezTo>
                                <a:cubicBezTo>
                                  <a:pt x="2326734" y="-10806"/>
                                  <a:pt x="2473836" y="11526"/>
                                  <a:pt x="2717530" y="0"/>
                                </a:cubicBezTo>
                                <a:cubicBezTo>
                                  <a:pt x="2961224" y="-11526"/>
                                  <a:pt x="3106586" y="27784"/>
                                  <a:pt x="3309271" y="0"/>
                                </a:cubicBezTo>
                                <a:cubicBezTo>
                                  <a:pt x="3511956" y="-27784"/>
                                  <a:pt x="3561761" y="48645"/>
                                  <a:pt x="3758993" y="0"/>
                                </a:cubicBezTo>
                                <a:cubicBezTo>
                                  <a:pt x="3956225" y="-48645"/>
                                  <a:pt x="4290539" y="121351"/>
                                  <a:pt x="4776787" y="0"/>
                                </a:cubicBezTo>
                                <a:cubicBezTo>
                                  <a:pt x="4802746" y="1386"/>
                                  <a:pt x="4824322" y="24197"/>
                                  <a:pt x="4819650" y="42863"/>
                                </a:cubicBezTo>
                                <a:cubicBezTo>
                                  <a:pt x="4878209" y="151134"/>
                                  <a:pt x="4774101" y="430629"/>
                                  <a:pt x="4819650" y="557212"/>
                                </a:cubicBezTo>
                                <a:cubicBezTo>
                                  <a:pt x="4818654" y="574301"/>
                                  <a:pt x="4798572" y="602068"/>
                                  <a:pt x="4776787" y="600075"/>
                                </a:cubicBezTo>
                                <a:cubicBezTo>
                                  <a:pt x="4619285" y="649494"/>
                                  <a:pt x="4528806" y="590126"/>
                                  <a:pt x="4327064" y="600075"/>
                                </a:cubicBezTo>
                                <a:cubicBezTo>
                                  <a:pt x="4125322" y="610024"/>
                                  <a:pt x="3962843" y="544469"/>
                                  <a:pt x="3830002" y="600075"/>
                                </a:cubicBezTo>
                                <a:cubicBezTo>
                                  <a:pt x="3697161" y="655681"/>
                                  <a:pt x="3434056" y="597367"/>
                                  <a:pt x="3190922" y="600075"/>
                                </a:cubicBezTo>
                                <a:cubicBezTo>
                                  <a:pt x="2947788" y="602783"/>
                                  <a:pt x="2847680" y="551559"/>
                                  <a:pt x="2693860" y="600075"/>
                                </a:cubicBezTo>
                                <a:cubicBezTo>
                                  <a:pt x="2540040" y="648591"/>
                                  <a:pt x="2354061" y="556551"/>
                                  <a:pt x="2102120" y="600075"/>
                                </a:cubicBezTo>
                                <a:cubicBezTo>
                                  <a:pt x="1850179" y="643599"/>
                                  <a:pt x="1870318" y="563907"/>
                                  <a:pt x="1652397" y="600075"/>
                                </a:cubicBezTo>
                                <a:cubicBezTo>
                                  <a:pt x="1434476" y="636243"/>
                                  <a:pt x="1356383" y="548446"/>
                                  <a:pt x="1155335" y="600075"/>
                                </a:cubicBezTo>
                                <a:cubicBezTo>
                                  <a:pt x="954287" y="651704"/>
                                  <a:pt x="481545" y="554767"/>
                                  <a:pt x="42863" y="600075"/>
                                </a:cubicBezTo>
                                <a:cubicBezTo>
                                  <a:pt x="19350" y="597655"/>
                                  <a:pt x="-1638" y="577238"/>
                                  <a:pt x="0" y="557212"/>
                                </a:cubicBezTo>
                                <a:cubicBezTo>
                                  <a:pt x="-46758" y="397559"/>
                                  <a:pt x="12546" y="24094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1723" y="20632"/>
                                  <a:pt x="21486" y="-5931"/>
                                  <a:pt x="42863" y="0"/>
                                </a:cubicBezTo>
                                <a:cubicBezTo>
                                  <a:pt x="232616" y="-22902"/>
                                  <a:pt x="395596" y="595"/>
                                  <a:pt x="492586" y="0"/>
                                </a:cubicBezTo>
                                <a:cubicBezTo>
                                  <a:pt x="589576" y="-595"/>
                                  <a:pt x="773433" y="32767"/>
                                  <a:pt x="989648" y="0"/>
                                </a:cubicBezTo>
                                <a:cubicBezTo>
                                  <a:pt x="1205863" y="-32767"/>
                                  <a:pt x="1440837" y="59721"/>
                                  <a:pt x="1628728" y="0"/>
                                </a:cubicBezTo>
                                <a:cubicBezTo>
                                  <a:pt x="1816619" y="-59721"/>
                                  <a:pt x="2035262" y="67329"/>
                                  <a:pt x="2220468" y="0"/>
                                </a:cubicBezTo>
                                <a:cubicBezTo>
                                  <a:pt x="2405674" y="-67329"/>
                                  <a:pt x="2484153" y="30923"/>
                                  <a:pt x="2670191" y="0"/>
                                </a:cubicBezTo>
                                <a:cubicBezTo>
                                  <a:pt x="2856229" y="-30923"/>
                                  <a:pt x="3078807" y="9601"/>
                                  <a:pt x="3214592" y="0"/>
                                </a:cubicBezTo>
                                <a:cubicBezTo>
                                  <a:pt x="3350377" y="-9601"/>
                                  <a:pt x="3621886" y="17559"/>
                                  <a:pt x="3806333" y="0"/>
                                </a:cubicBezTo>
                                <a:cubicBezTo>
                                  <a:pt x="3990780" y="-17559"/>
                                  <a:pt x="4543105" y="109481"/>
                                  <a:pt x="4776787" y="0"/>
                                </a:cubicBezTo>
                                <a:cubicBezTo>
                                  <a:pt x="4797837" y="-496"/>
                                  <a:pt x="4813525" y="17337"/>
                                  <a:pt x="4819650" y="42863"/>
                                </a:cubicBezTo>
                                <a:cubicBezTo>
                                  <a:pt x="4820429" y="267224"/>
                                  <a:pt x="4773016" y="352409"/>
                                  <a:pt x="4819650" y="557212"/>
                                </a:cubicBezTo>
                                <a:cubicBezTo>
                                  <a:pt x="4821723" y="580350"/>
                                  <a:pt x="4800371" y="601913"/>
                                  <a:pt x="4776787" y="600075"/>
                                </a:cubicBezTo>
                                <a:cubicBezTo>
                                  <a:pt x="4563765" y="630374"/>
                                  <a:pt x="4442686" y="560838"/>
                                  <a:pt x="4327064" y="600075"/>
                                </a:cubicBezTo>
                                <a:cubicBezTo>
                                  <a:pt x="4211442" y="639312"/>
                                  <a:pt x="3994389" y="599726"/>
                                  <a:pt x="3877341" y="600075"/>
                                </a:cubicBezTo>
                                <a:cubicBezTo>
                                  <a:pt x="3760293" y="600424"/>
                                  <a:pt x="3600950" y="561219"/>
                                  <a:pt x="3332940" y="600075"/>
                                </a:cubicBezTo>
                                <a:cubicBezTo>
                                  <a:pt x="3064930" y="638931"/>
                                  <a:pt x="3045167" y="592697"/>
                                  <a:pt x="2883217" y="600075"/>
                                </a:cubicBezTo>
                                <a:cubicBezTo>
                                  <a:pt x="2721267" y="607453"/>
                                  <a:pt x="2455069" y="539549"/>
                                  <a:pt x="2338816" y="600075"/>
                                </a:cubicBezTo>
                                <a:cubicBezTo>
                                  <a:pt x="2222563" y="660601"/>
                                  <a:pt x="2043590" y="571509"/>
                                  <a:pt x="1889093" y="600075"/>
                                </a:cubicBezTo>
                                <a:cubicBezTo>
                                  <a:pt x="1734596" y="628641"/>
                                  <a:pt x="1525613" y="524752"/>
                                  <a:pt x="1250014" y="600075"/>
                                </a:cubicBezTo>
                                <a:cubicBezTo>
                                  <a:pt x="974415" y="675398"/>
                                  <a:pt x="796741" y="557051"/>
                                  <a:pt x="658273" y="600075"/>
                                </a:cubicBezTo>
                                <a:cubicBezTo>
                                  <a:pt x="519805" y="643099"/>
                                  <a:pt x="315818" y="563010"/>
                                  <a:pt x="42863" y="600075"/>
                                </a:cubicBezTo>
                                <a:cubicBezTo>
                                  <a:pt x="18698" y="597626"/>
                                  <a:pt x="4624" y="576160"/>
                                  <a:pt x="0" y="557212"/>
                                </a:cubicBezTo>
                                <a:cubicBezTo>
                                  <a:pt x="-45264" y="410798"/>
                                  <a:pt x="37371" y="265253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417B78D" w14:textId="30AA3769" w:rsidR="00314866" w:rsidRPr="00987D44" w:rsidRDefault="00314866" w:rsidP="00314866">
                              <w:pPr>
                                <w:spacing w:after="0" w:line="240" w:lineRule="auto"/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  <w:t>Bake cookies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135E0" id="_x0000_s1037" style="position:absolute;margin-left:-9.95pt;margin-top:341.75pt;width:434.25pt;height:47.25pt;z-index:-251563008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">
                <v:shape id="Text Box 120" o:spid="_x0000_s1038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8797822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5D8B5367" w14:textId="77777777" w:rsidR="00314866" w:rsidRPr="00987D44" w:rsidRDefault="00314866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39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" fillcolor="white [3201]" strokecolor="#c00000" strokeweight=".5pt">
                  <v:textbox>
                    <w:txbxContent>
                      <w:p w14:paraId="6417B78D" w14:textId="30AA3769" w:rsidR="00314866" w:rsidRPr="00987D44" w:rsidRDefault="00314866" w:rsidP="00314866">
                        <w:pPr>
                          <w:spacing w:after="0" w:line="240" w:lineRule="auto"/>
                          <w:rPr>
                            <w:rFonts w:ascii="Comfortaa" w:hAnsi="Comforta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fortaa" w:hAnsi="Comfortaa"/>
                            <w:sz w:val="32"/>
                            <w:szCs w:val="32"/>
                          </w:rPr>
                          <w:t>Bake cookies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0B190CAC" wp14:editId="5B49092E">
                <wp:simplePos x="0" y="0"/>
                <wp:positionH relativeFrom="column">
                  <wp:posOffset>-126365</wp:posOffset>
                </wp:positionH>
                <wp:positionV relativeFrom="paragraph">
                  <wp:posOffset>3507740</wp:posOffset>
                </wp:positionV>
                <wp:extent cx="5514975" cy="600075"/>
                <wp:effectExtent l="0" t="38100" r="47625" b="66675"/>
                <wp:wrapNone/>
                <wp:docPr id="653089874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410321804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17173495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661D0EF5" w14:textId="77777777" w:rsidR="00314866" w:rsidRPr="00987D44" w:rsidRDefault="00314866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570219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634604 w 4819650"/>
                              <a:gd name="connsiteY2" fmla="*/ 0 h 600075"/>
                              <a:gd name="connsiteX3" fmla="*/ 1131666 w 4819650"/>
                              <a:gd name="connsiteY3" fmla="*/ 0 h 600075"/>
                              <a:gd name="connsiteX4" fmla="*/ 1723406 w 4819650"/>
                              <a:gd name="connsiteY4" fmla="*/ 0 h 600075"/>
                              <a:gd name="connsiteX5" fmla="*/ 2220468 w 4819650"/>
                              <a:gd name="connsiteY5" fmla="*/ 0 h 600075"/>
                              <a:gd name="connsiteX6" fmla="*/ 2717530 w 4819650"/>
                              <a:gd name="connsiteY6" fmla="*/ 0 h 600075"/>
                              <a:gd name="connsiteX7" fmla="*/ 3309271 w 4819650"/>
                              <a:gd name="connsiteY7" fmla="*/ 0 h 600075"/>
                              <a:gd name="connsiteX8" fmla="*/ 3758993 w 4819650"/>
                              <a:gd name="connsiteY8" fmla="*/ 0 h 600075"/>
                              <a:gd name="connsiteX9" fmla="*/ 4776787 w 4819650"/>
                              <a:gd name="connsiteY9" fmla="*/ 0 h 600075"/>
                              <a:gd name="connsiteX10" fmla="*/ 4819650 w 4819650"/>
                              <a:gd name="connsiteY10" fmla="*/ 42863 h 600075"/>
                              <a:gd name="connsiteX11" fmla="*/ 4819650 w 4819650"/>
                              <a:gd name="connsiteY11" fmla="*/ 557212 h 600075"/>
                              <a:gd name="connsiteX12" fmla="*/ 4776787 w 4819650"/>
                              <a:gd name="connsiteY12" fmla="*/ 600075 h 600075"/>
                              <a:gd name="connsiteX13" fmla="*/ 4327064 w 4819650"/>
                              <a:gd name="connsiteY13" fmla="*/ 600075 h 600075"/>
                              <a:gd name="connsiteX14" fmla="*/ 3830002 w 4819650"/>
                              <a:gd name="connsiteY14" fmla="*/ 600075 h 600075"/>
                              <a:gd name="connsiteX15" fmla="*/ 3190922 w 4819650"/>
                              <a:gd name="connsiteY15" fmla="*/ 600075 h 600075"/>
                              <a:gd name="connsiteX16" fmla="*/ 2693860 w 4819650"/>
                              <a:gd name="connsiteY16" fmla="*/ 600075 h 600075"/>
                              <a:gd name="connsiteX17" fmla="*/ 2102120 w 4819650"/>
                              <a:gd name="connsiteY17" fmla="*/ 600075 h 600075"/>
                              <a:gd name="connsiteX18" fmla="*/ 1652397 w 4819650"/>
                              <a:gd name="connsiteY18" fmla="*/ 600075 h 600075"/>
                              <a:gd name="connsiteX19" fmla="*/ 1155335 w 4819650"/>
                              <a:gd name="connsiteY19" fmla="*/ 600075 h 600075"/>
                              <a:gd name="connsiteX20" fmla="*/ 42863 w 4819650"/>
                              <a:gd name="connsiteY20" fmla="*/ 600075 h 600075"/>
                              <a:gd name="connsiteX21" fmla="*/ 0 w 4819650"/>
                              <a:gd name="connsiteY21" fmla="*/ 557212 h 600075"/>
                              <a:gd name="connsiteX22" fmla="*/ 0 w 4819650"/>
                              <a:gd name="connsiteY22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6155" y="21835"/>
                                  <a:pt x="24300" y="-4799"/>
                                  <a:pt x="42863" y="0"/>
                                </a:cubicBezTo>
                                <a:cubicBezTo>
                                  <a:pt x="219768" y="-49562"/>
                                  <a:pt x="425867" y="6293"/>
                                  <a:pt x="634604" y="0"/>
                                </a:cubicBezTo>
                                <a:cubicBezTo>
                                  <a:pt x="843341" y="-6293"/>
                                  <a:pt x="1003968" y="7013"/>
                                  <a:pt x="1131666" y="0"/>
                                </a:cubicBezTo>
                                <a:cubicBezTo>
                                  <a:pt x="1259364" y="-7013"/>
                                  <a:pt x="1581518" y="53118"/>
                                  <a:pt x="1723406" y="0"/>
                                </a:cubicBezTo>
                                <a:cubicBezTo>
                                  <a:pt x="1865294" y="-53118"/>
                                  <a:pt x="2114202" y="10806"/>
                                  <a:pt x="2220468" y="0"/>
                                </a:cubicBezTo>
                                <a:cubicBezTo>
                                  <a:pt x="2326734" y="-10806"/>
                                  <a:pt x="2473836" y="11526"/>
                                  <a:pt x="2717530" y="0"/>
                                </a:cubicBezTo>
                                <a:cubicBezTo>
                                  <a:pt x="2961224" y="-11526"/>
                                  <a:pt x="3106586" y="27784"/>
                                  <a:pt x="3309271" y="0"/>
                                </a:cubicBezTo>
                                <a:cubicBezTo>
                                  <a:pt x="3511956" y="-27784"/>
                                  <a:pt x="3561761" y="48645"/>
                                  <a:pt x="3758993" y="0"/>
                                </a:cubicBezTo>
                                <a:cubicBezTo>
                                  <a:pt x="3956225" y="-48645"/>
                                  <a:pt x="4290539" y="121351"/>
                                  <a:pt x="4776787" y="0"/>
                                </a:cubicBezTo>
                                <a:cubicBezTo>
                                  <a:pt x="4802746" y="1386"/>
                                  <a:pt x="4824322" y="24197"/>
                                  <a:pt x="4819650" y="42863"/>
                                </a:cubicBezTo>
                                <a:cubicBezTo>
                                  <a:pt x="4878209" y="151134"/>
                                  <a:pt x="4774101" y="430629"/>
                                  <a:pt x="4819650" y="557212"/>
                                </a:cubicBezTo>
                                <a:cubicBezTo>
                                  <a:pt x="4818654" y="574301"/>
                                  <a:pt x="4798572" y="602068"/>
                                  <a:pt x="4776787" y="600075"/>
                                </a:cubicBezTo>
                                <a:cubicBezTo>
                                  <a:pt x="4619285" y="649494"/>
                                  <a:pt x="4528806" y="590126"/>
                                  <a:pt x="4327064" y="600075"/>
                                </a:cubicBezTo>
                                <a:cubicBezTo>
                                  <a:pt x="4125322" y="610024"/>
                                  <a:pt x="3962843" y="544469"/>
                                  <a:pt x="3830002" y="600075"/>
                                </a:cubicBezTo>
                                <a:cubicBezTo>
                                  <a:pt x="3697161" y="655681"/>
                                  <a:pt x="3434056" y="597367"/>
                                  <a:pt x="3190922" y="600075"/>
                                </a:cubicBezTo>
                                <a:cubicBezTo>
                                  <a:pt x="2947788" y="602783"/>
                                  <a:pt x="2847680" y="551559"/>
                                  <a:pt x="2693860" y="600075"/>
                                </a:cubicBezTo>
                                <a:cubicBezTo>
                                  <a:pt x="2540040" y="648591"/>
                                  <a:pt x="2354061" y="556551"/>
                                  <a:pt x="2102120" y="600075"/>
                                </a:cubicBezTo>
                                <a:cubicBezTo>
                                  <a:pt x="1850179" y="643599"/>
                                  <a:pt x="1870318" y="563907"/>
                                  <a:pt x="1652397" y="600075"/>
                                </a:cubicBezTo>
                                <a:cubicBezTo>
                                  <a:pt x="1434476" y="636243"/>
                                  <a:pt x="1356383" y="548446"/>
                                  <a:pt x="1155335" y="600075"/>
                                </a:cubicBezTo>
                                <a:cubicBezTo>
                                  <a:pt x="954287" y="651704"/>
                                  <a:pt x="481545" y="554767"/>
                                  <a:pt x="42863" y="600075"/>
                                </a:cubicBezTo>
                                <a:cubicBezTo>
                                  <a:pt x="19350" y="597655"/>
                                  <a:pt x="-1638" y="577238"/>
                                  <a:pt x="0" y="557212"/>
                                </a:cubicBezTo>
                                <a:cubicBezTo>
                                  <a:pt x="-46758" y="397559"/>
                                  <a:pt x="12546" y="24094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1723" y="20632"/>
                                  <a:pt x="21486" y="-5931"/>
                                  <a:pt x="42863" y="0"/>
                                </a:cubicBezTo>
                                <a:cubicBezTo>
                                  <a:pt x="232616" y="-22902"/>
                                  <a:pt x="395596" y="595"/>
                                  <a:pt x="492586" y="0"/>
                                </a:cubicBezTo>
                                <a:cubicBezTo>
                                  <a:pt x="589576" y="-595"/>
                                  <a:pt x="773433" y="32767"/>
                                  <a:pt x="989648" y="0"/>
                                </a:cubicBezTo>
                                <a:cubicBezTo>
                                  <a:pt x="1205863" y="-32767"/>
                                  <a:pt x="1440837" y="59721"/>
                                  <a:pt x="1628728" y="0"/>
                                </a:cubicBezTo>
                                <a:cubicBezTo>
                                  <a:pt x="1816619" y="-59721"/>
                                  <a:pt x="2035262" y="67329"/>
                                  <a:pt x="2220468" y="0"/>
                                </a:cubicBezTo>
                                <a:cubicBezTo>
                                  <a:pt x="2405674" y="-67329"/>
                                  <a:pt x="2484153" y="30923"/>
                                  <a:pt x="2670191" y="0"/>
                                </a:cubicBezTo>
                                <a:cubicBezTo>
                                  <a:pt x="2856229" y="-30923"/>
                                  <a:pt x="3078807" y="9601"/>
                                  <a:pt x="3214592" y="0"/>
                                </a:cubicBezTo>
                                <a:cubicBezTo>
                                  <a:pt x="3350377" y="-9601"/>
                                  <a:pt x="3621886" y="17559"/>
                                  <a:pt x="3806333" y="0"/>
                                </a:cubicBezTo>
                                <a:cubicBezTo>
                                  <a:pt x="3990780" y="-17559"/>
                                  <a:pt x="4543105" y="109481"/>
                                  <a:pt x="4776787" y="0"/>
                                </a:cubicBezTo>
                                <a:cubicBezTo>
                                  <a:pt x="4797837" y="-496"/>
                                  <a:pt x="4813525" y="17337"/>
                                  <a:pt x="4819650" y="42863"/>
                                </a:cubicBezTo>
                                <a:cubicBezTo>
                                  <a:pt x="4820429" y="267224"/>
                                  <a:pt x="4773016" y="352409"/>
                                  <a:pt x="4819650" y="557212"/>
                                </a:cubicBezTo>
                                <a:cubicBezTo>
                                  <a:pt x="4821723" y="580350"/>
                                  <a:pt x="4800371" y="601913"/>
                                  <a:pt x="4776787" y="600075"/>
                                </a:cubicBezTo>
                                <a:cubicBezTo>
                                  <a:pt x="4563765" y="630374"/>
                                  <a:pt x="4442686" y="560838"/>
                                  <a:pt x="4327064" y="600075"/>
                                </a:cubicBezTo>
                                <a:cubicBezTo>
                                  <a:pt x="4211442" y="639312"/>
                                  <a:pt x="3994389" y="599726"/>
                                  <a:pt x="3877341" y="600075"/>
                                </a:cubicBezTo>
                                <a:cubicBezTo>
                                  <a:pt x="3760293" y="600424"/>
                                  <a:pt x="3600950" y="561219"/>
                                  <a:pt x="3332940" y="600075"/>
                                </a:cubicBezTo>
                                <a:cubicBezTo>
                                  <a:pt x="3064930" y="638931"/>
                                  <a:pt x="3045167" y="592697"/>
                                  <a:pt x="2883217" y="600075"/>
                                </a:cubicBezTo>
                                <a:cubicBezTo>
                                  <a:pt x="2721267" y="607453"/>
                                  <a:pt x="2455069" y="539549"/>
                                  <a:pt x="2338816" y="600075"/>
                                </a:cubicBezTo>
                                <a:cubicBezTo>
                                  <a:pt x="2222563" y="660601"/>
                                  <a:pt x="2043590" y="571509"/>
                                  <a:pt x="1889093" y="600075"/>
                                </a:cubicBezTo>
                                <a:cubicBezTo>
                                  <a:pt x="1734596" y="628641"/>
                                  <a:pt x="1525613" y="524752"/>
                                  <a:pt x="1250014" y="600075"/>
                                </a:cubicBezTo>
                                <a:cubicBezTo>
                                  <a:pt x="974415" y="675398"/>
                                  <a:pt x="796741" y="557051"/>
                                  <a:pt x="658273" y="600075"/>
                                </a:cubicBezTo>
                                <a:cubicBezTo>
                                  <a:pt x="519805" y="643099"/>
                                  <a:pt x="315818" y="563010"/>
                                  <a:pt x="42863" y="600075"/>
                                </a:cubicBezTo>
                                <a:cubicBezTo>
                                  <a:pt x="18698" y="597626"/>
                                  <a:pt x="4624" y="576160"/>
                                  <a:pt x="0" y="557212"/>
                                </a:cubicBezTo>
                                <a:cubicBezTo>
                                  <a:pt x="-45264" y="410798"/>
                                  <a:pt x="37371" y="265253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BB4271E" w14:textId="7ABADB4D" w:rsidR="00314866" w:rsidRPr="00987D44" w:rsidRDefault="00314866" w:rsidP="00314866">
                              <w:pPr>
                                <w:spacing w:after="0" w:line="240" w:lineRule="auto"/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  <w:t>Wrap gifts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90CAC" id="_x0000_s1040" style="position:absolute;margin-left:-9.95pt;margin-top:276.2pt;width:434.25pt;height:47.25pt;z-index:-251565056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">
                <v:shape id="Text Box 120" o:spid="_x0000_s1041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17173495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661D0EF5" w14:textId="77777777" w:rsidR="00314866" w:rsidRPr="00987D44" w:rsidRDefault="00314866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42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" fillcolor="white [3201]" strokecolor="#c00000" strokeweight=".5pt">
                  <v:textbox>
                    <w:txbxContent>
                      <w:p w14:paraId="6BB4271E" w14:textId="7ABADB4D" w:rsidR="00314866" w:rsidRPr="00987D44" w:rsidRDefault="00314866" w:rsidP="00314866">
                        <w:pPr>
                          <w:spacing w:after="0" w:line="240" w:lineRule="auto"/>
                          <w:rPr>
                            <w:rFonts w:ascii="Comfortaa" w:hAnsi="Comforta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fortaa" w:hAnsi="Comfortaa"/>
                            <w:sz w:val="32"/>
                            <w:szCs w:val="32"/>
                          </w:rPr>
                          <w:t>Wrap gifts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051FBE90" wp14:editId="35DF64EE">
                <wp:simplePos x="0" y="0"/>
                <wp:positionH relativeFrom="column">
                  <wp:posOffset>-2540</wp:posOffset>
                </wp:positionH>
                <wp:positionV relativeFrom="paragraph">
                  <wp:posOffset>96520</wp:posOffset>
                </wp:positionV>
                <wp:extent cx="455930" cy="4458335"/>
                <wp:effectExtent l="19050" t="19050" r="20320" b="18415"/>
                <wp:wrapNone/>
                <wp:docPr id="75172169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30" cy="4458335"/>
                          <a:chOff x="-25830" y="20664"/>
                          <a:chExt cx="456360" cy="4458776"/>
                        </a:xfrm>
                      </wpg:grpSpPr>
                      <pic:pic xmlns:pic="http://schemas.openxmlformats.org/drawingml/2006/picture">
                        <pic:nvPicPr>
                          <pic:cNvPr id="1802937532" name="Picture 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8" t="26087" r="13225" b="31522"/>
                          <a:stretch/>
                        </pic:blipFill>
                        <pic:spPr bwMode="auto">
                          <a:xfrm rot="21313933">
                            <a:off x="-25830" y="20664"/>
                            <a:ext cx="4305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34755" name="Picture 124" descr="A red and white ha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8" t="26087" r="13225" b="31522"/>
                          <a:stretch/>
                        </pic:blipFill>
                        <pic:spPr bwMode="auto">
                          <a:xfrm rot="21313933">
                            <a:off x="0" y="867904"/>
                            <a:ext cx="4305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387813" name="Picture 124" descr="A red and white ha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8" t="26087" r="13225" b="31522"/>
                          <a:stretch/>
                        </pic:blipFill>
                        <pic:spPr bwMode="auto">
                          <a:xfrm rot="21313933">
                            <a:off x="0" y="1699647"/>
                            <a:ext cx="4305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145265" name="Picture 124" descr="A red and white ha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8" t="26087" r="13225" b="31522"/>
                          <a:stretch/>
                        </pic:blipFill>
                        <pic:spPr bwMode="auto">
                          <a:xfrm rot="21313933">
                            <a:off x="0" y="2531389"/>
                            <a:ext cx="4305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34690" name="Picture 124" descr="A red and white ha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8" t="26087" r="13225" b="31522"/>
                          <a:stretch/>
                        </pic:blipFill>
                        <pic:spPr bwMode="auto">
                          <a:xfrm rot="21313933">
                            <a:off x="0" y="3373464"/>
                            <a:ext cx="4305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150293" name="Picture 124" descr="A red and white ha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8" t="26087" r="13225" b="31522"/>
                          <a:stretch/>
                        </pic:blipFill>
                        <pic:spPr bwMode="auto">
                          <a:xfrm rot="21313933">
                            <a:off x="0" y="4200040"/>
                            <a:ext cx="4305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BE170" id="Group 125" o:spid="_x0000_s1026" style="position:absolute;margin-left:-.2pt;margin-top:7.6pt;width:35.9pt;height:351.05pt;z-index:-251550720;mso-width-relative:margin;mso-height-relative:margin" coordorigin="-258,206" coordsize="4563,44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style="position:absolute;left:-258;top:206;width:4305;height:2794;rotation:-312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">
                  <v:imagedata r:id="rId10" o:title="" croptop="17096f" cropbottom="20658f" cropleft="14128f" cropright="8667f"/>
                </v:shape>
                <v:shape id="Picture 124" o:spid="_x0000_s1028" type="#_x0000_t75" alt="A red and white hat&#10;&#10;Description automatically generated" style="position:absolute;top:8679;width:4305;height:2794;rotation:-312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">
                  <v:imagedata r:id="rId10" o:title="A red and white hat&#10;&#10;Description automatically generated" croptop="17096f" cropbottom="20658f" cropleft="14128f" cropright="8667f"/>
                </v:shape>
                <v:shape id="Picture 124" o:spid="_x0000_s1029" type="#_x0000_t75" alt="A red and white hat&#10;&#10;Description automatically generated" style="position:absolute;top:16996;width:4305;height:2794;rotation:-312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">
                  <v:imagedata r:id="rId10" o:title="A red and white hat&#10;&#10;Description automatically generated" croptop="17096f" cropbottom="20658f" cropleft="14128f" cropright="8667f"/>
                </v:shape>
                <v:shape id="Picture 124" o:spid="_x0000_s1030" type="#_x0000_t75" alt="A red and white hat&#10;&#10;Description automatically generated" style="position:absolute;top:25313;width:4305;height:2794;rotation:-312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">
                  <v:imagedata r:id="rId10" o:title="A red and white hat&#10;&#10;Description automatically generated" croptop="17096f" cropbottom="20658f" cropleft="14128f" cropright="8667f"/>
                </v:shape>
                <v:shape id="Picture 124" o:spid="_x0000_s1031" type="#_x0000_t75" alt="A red and white hat&#10;&#10;Description automatically generated" style="position:absolute;top:33734;width:4305;height:2794;rotation:-312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">
                  <v:imagedata r:id="rId10" o:title="A red and white hat&#10;&#10;Description automatically generated" croptop="17096f" cropbottom="20658f" cropleft="14128f" cropright="8667f"/>
                </v:shape>
                <v:shape id="Picture 124" o:spid="_x0000_s1032" type="#_x0000_t75" alt="A red and white hat&#10;&#10;Description automatically generated" style="position:absolute;top:42000;width:4305;height:2794;rotation:-312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">
                  <v:imagedata r:id="rId10" o:title="A red and white hat&#10;&#10;Description automatically generated" croptop="17096f" cropbottom="20658f" cropleft="14128f" cropright="8667f"/>
                </v:shape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00895" behindDoc="1" locked="0" layoutInCell="1" allowOverlap="1" wp14:anchorId="1100ADD5" wp14:editId="7D8119FE">
                <wp:simplePos x="0" y="0"/>
                <wp:positionH relativeFrom="page">
                  <wp:posOffset>996315</wp:posOffset>
                </wp:positionH>
                <wp:positionV relativeFrom="paragraph">
                  <wp:posOffset>153670</wp:posOffset>
                </wp:positionV>
                <wp:extent cx="5514975" cy="600075"/>
                <wp:effectExtent l="0" t="38100" r="47625" b="66675"/>
                <wp:wrapNone/>
                <wp:docPr id="1075719356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603727146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16436518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2A5800FF" w14:textId="7BC4D054" w:rsidR="00987D44" w:rsidRPr="00987D44" w:rsidRDefault="00E2650E" w:rsidP="00987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194977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634604 w 4819650"/>
                              <a:gd name="connsiteY2" fmla="*/ 0 h 600075"/>
                              <a:gd name="connsiteX3" fmla="*/ 1131666 w 4819650"/>
                              <a:gd name="connsiteY3" fmla="*/ 0 h 600075"/>
                              <a:gd name="connsiteX4" fmla="*/ 1723406 w 4819650"/>
                              <a:gd name="connsiteY4" fmla="*/ 0 h 600075"/>
                              <a:gd name="connsiteX5" fmla="*/ 2220468 w 4819650"/>
                              <a:gd name="connsiteY5" fmla="*/ 0 h 600075"/>
                              <a:gd name="connsiteX6" fmla="*/ 2717530 w 4819650"/>
                              <a:gd name="connsiteY6" fmla="*/ 0 h 600075"/>
                              <a:gd name="connsiteX7" fmla="*/ 3309271 w 4819650"/>
                              <a:gd name="connsiteY7" fmla="*/ 0 h 600075"/>
                              <a:gd name="connsiteX8" fmla="*/ 3758993 w 4819650"/>
                              <a:gd name="connsiteY8" fmla="*/ 0 h 600075"/>
                              <a:gd name="connsiteX9" fmla="*/ 4776787 w 4819650"/>
                              <a:gd name="connsiteY9" fmla="*/ 0 h 600075"/>
                              <a:gd name="connsiteX10" fmla="*/ 4819650 w 4819650"/>
                              <a:gd name="connsiteY10" fmla="*/ 42863 h 600075"/>
                              <a:gd name="connsiteX11" fmla="*/ 4819650 w 4819650"/>
                              <a:gd name="connsiteY11" fmla="*/ 557212 h 600075"/>
                              <a:gd name="connsiteX12" fmla="*/ 4776787 w 4819650"/>
                              <a:gd name="connsiteY12" fmla="*/ 600075 h 600075"/>
                              <a:gd name="connsiteX13" fmla="*/ 4327064 w 4819650"/>
                              <a:gd name="connsiteY13" fmla="*/ 600075 h 600075"/>
                              <a:gd name="connsiteX14" fmla="*/ 3830002 w 4819650"/>
                              <a:gd name="connsiteY14" fmla="*/ 600075 h 600075"/>
                              <a:gd name="connsiteX15" fmla="*/ 3190922 w 4819650"/>
                              <a:gd name="connsiteY15" fmla="*/ 600075 h 600075"/>
                              <a:gd name="connsiteX16" fmla="*/ 2693860 w 4819650"/>
                              <a:gd name="connsiteY16" fmla="*/ 600075 h 600075"/>
                              <a:gd name="connsiteX17" fmla="*/ 2102120 w 4819650"/>
                              <a:gd name="connsiteY17" fmla="*/ 600075 h 600075"/>
                              <a:gd name="connsiteX18" fmla="*/ 1652397 w 4819650"/>
                              <a:gd name="connsiteY18" fmla="*/ 600075 h 600075"/>
                              <a:gd name="connsiteX19" fmla="*/ 1155335 w 4819650"/>
                              <a:gd name="connsiteY19" fmla="*/ 600075 h 600075"/>
                              <a:gd name="connsiteX20" fmla="*/ 42863 w 4819650"/>
                              <a:gd name="connsiteY20" fmla="*/ 600075 h 600075"/>
                              <a:gd name="connsiteX21" fmla="*/ 0 w 4819650"/>
                              <a:gd name="connsiteY21" fmla="*/ 557212 h 600075"/>
                              <a:gd name="connsiteX22" fmla="*/ 0 w 4819650"/>
                              <a:gd name="connsiteY22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6155" y="21835"/>
                                  <a:pt x="24300" y="-4799"/>
                                  <a:pt x="42863" y="0"/>
                                </a:cubicBezTo>
                                <a:cubicBezTo>
                                  <a:pt x="219768" y="-49562"/>
                                  <a:pt x="425867" y="6293"/>
                                  <a:pt x="634604" y="0"/>
                                </a:cubicBezTo>
                                <a:cubicBezTo>
                                  <a:pt x="843341" y="-6293"/>
                                  <a:pt x="1003968" y="7013"/>
                                  <a:pt x="1131666" y="0"/>
                                </a:cubicBezTo>
                                <a:cubicBezTo>
                                  <a:pt x="1259364" y="-7013"/>
                                  <a:pt x="1581518" y="53118"/>
                                  <a:pt x="1723406" y="0"/>
                                </a:cubicBezTo>
                                <a:cubicBezTo>
                                  <a:pt x="1865294" y="-53118"/>
                                  <a:pt x="2114202" y="10806"/>
                                  <a:pt x="2220468" y="0"/>
                                </a:cubicBezTo>
                                <a:cubicBezTo>
                                  <a:pt x="2326734" y="-10806"/>
                                  <a:pt x="2473836" y="11526"/>
                                  <a:pt x="2717530" y="0"/>
                                </a:cubicBezTo>
                                <a:cubicBezTo>
                                  <a:pt x="2961224" y="-11526"/>
                                  <a:pt x="3106586" y="27784"/>
                                  <a:pt x="3309271" y="0"/>
                                </a:cubicBezTo>
                                <a:cubicBezTo>
                                  <a:pt x="3511956" y="-27784"/>
                                  <a:pt x="3561761" y="48645"/>
                                  <a:pt x="3758993" y="0"/>
                                </a:cubicBezTo>
                                <a:cubicBezTo>
                                  <a:pt x="3956225" y="-48645"/>
                                  <a:pt x="4290539" y="121351"/>
                                  <a:pt x="4776787" y="0"/>
                                </a:cubicBezTo>
                                <a:cubicBezTo>
                                  <a:pt x="4802746" y="1386"/>
                                  <a:pt x="4824322" y="24197"/>
                                  <a:pt x="4819650" y="42863"/>
                                </a:cubicBezTo>
                                <a:cubicBezTo>
                                  <a:pt x="4878209" y="151134"/>
                                  <a:pt x="4774101" y="430629"/>
                                  <a:pt x="4819650" y="557212"/>
                                </a:cubicBezTo>
                                <a:cubicBezTo>
                                  <a:pt x="4818654" y="574301"/>
                                  <a:pt x="4798572" y="602068"/>
                                  <a:pt x="4776787" y="600075"/>
                                </a:cubicBezTo>
                                <a:cubicBezTo>
                                  <a:pt x="4619285" y="649494"/>
                                  <a:pt x="4528806" y="590126"/>
                                  <a:pt x="4327064" y="600075"/>
                                </a:cubicBezTo>
                                <a:cubicBezTo>
                                  <a:pt x="4125322" y="610024"/>
                                  <a:pt x="3962843" y="544469"/>
                                  <a:pt x="3830002" y="600075"/>
                                </a:cubicBezTo>
                                <a:cubicBezTo>
                                  <a:pt x="3697161" y="655681"/>
                                  <a:pt x="3434056" y="597367"/>
                                  <a:pt x="3190922" y="600075"/>
                                </a:cubicBezTo>
                                <a:cubicBezTo>
                                  <a:pt x="2947788" y="602783"/>
                                  <a:pt x="2847680" y="551559"/>
                                  <a:pt x="2693860" y="600075"/>
                                </a:cubicBezTo>
                                <a:cubicBezTo>
                                  <a:pt x="2540040" y="648591"/>
                                  <a:pt x="2354061" y="556551"/>
                                  <a:pt x="2102120" y="600075"/>
                                </a:cubicBezTo>
                                <a:cubicBezTo>
                                  <a:pt x="1850179" y="643599"/>
                                  <a:pt x="1870318" y="563907"/>
                                  <a:pt x="1652397" y="600075"/>
                                </a:cubicBezTo>
                                <a:cubicBezTo>
                                  <a:pt x="1434476" y="636243"/>
                                  <a:pt x="1356383" y="548446"/>
                                  <a:pt x="1155335" y="600075"/>
                                </a:cubicBezTo>
                                <a:cubicBezTo>
                                  <a:pt x="954287" y="651704"/>
                                  <a:pt x="481545" y="554767"/>
                                  <a:pt x="42863" y="600075"/>
                                </a:cubicBezTo>
                                <a:cubicBezTo>
                                  <a:pt x="19350" y="597655"/>
                                  <a:pt x="-1638" y="577238"/>
                                  <a:pt x="0" y="557212"/>
                                </a:cubicBezTo>
                                <a:cubicBezTo>
                                  <a:pt x="-46758" y="397559"/>
                                  <a:pt x="12546" y="24094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1723" y="20632"/>
                                  <a:pt x="21486" y="-5931"/>
                                  <a:pt x="42863" y="0"/>
                                </a:cubicBezTo>
                                <a:cubicBezTo>
                                  <a:pt x="232616" y="-22902"/>
                                  <a:pt x="395596" y="595"/>
                                  <a:pt x="492586" y="0"/>
                                </a:cubicBezTo>
                                <a:cubicBezTo>
                                  <a:pt x="589576" y="-595"/>
                                  <a:pt x="773433" y="32767"/>
                                  <a:pt x="989648" y="0"/>
                                </a:cubicBezTo>
                                <a:cubicBezTo>
                                  <a:pt x="1205863" y="-32767"/>
                                  <a:pt x="1440837" y="59721"/>
                                  <a:pt x="1628728" y="0"/>
                                </a:cubicBezTo>
                                <a:cubicBezTo>
                                  <a:pt x="1816619" y="-59721"/>
                                  <a:pt x="2035262" y="67329"/>
                                  <a:pt x="2220468" y="0"/>
                                </a:cubicBezTo>
                                <a:cubicBezTo>
                                  <a:pt x="2405674" y="-67329"/>
                                  <a:pt x="2484153" y="30923"/>
                                  <a:pt x="2670191" y="0"/>
                                </a:cubicBezTo>
                                <a:cubicBezTo>
                                  <a:pt x="2856229" y="-30923"/>
                                  <a:pt x="3078807" y="9601"/>
                                  <a:pt x="3214592" y="0"/>
                                </a:cubicBezTo>
                                <a:cubicBezTo>
                                  <a:pt x="3350377" y="-9601"/>
                                  <a:pt x="3621886" y="17559"/>
                                  <a:pt x="3806333" y="0"/>
                                </a:cubicBezTo>
                                <a:cubicBezTo>
                                  <a:pt x="3990780" y="-17559"/>
                                  <a:pt x="4543105" y="109481"/>
                                  <a:pt x="4776787" y="0"/>
                                </a:cubicBezTo>
                                <a:cubicBezTo>
                                  <a:pt x="4797837" y="-496"/>
                                  <a:pt x="4813525" y="17337"/>
                                  <a:pt x="4819650" y="42863"/>
                                </a:cubicBezTo>
                                <a:cubicBezTo>
                                  <a:pt x="4820429" y="267224"/>
                                  <a:pt x="4773016" y="352409"/>
                                  <a:pt x="4819650" y="557212"/>
                                </a:cubicBezTo>
                                <a:cubicBezTo>
                                  <a:pt x="4821723" y="580350"/>
                                  <a:pt x="4800371" y="601913"/>
                                  <a:pt x="4776787" y="600075"/>
                                </a:cubicBezTo>
                                <a:cubicBezTo>
                                  <a:pt x="4563765" y="630374"/>
                                  <a:pt x="4442686" y="560838"/>
                                  <a:pt x="4327064" y="600075"/>
                                </a:cubicBezTo>
                                <a:cubicBezTo>
                                  <a:pt x="4211442" y="639312"/>
                                  <a:pt x="3994389" y="599726"/>
                                  <a:pt x="3877341" y="600075"/>
                                </a:cubicBezTo>
                                <a:cubicBezTo>
                                  <a:pt x="3760293" y="600424"/>
                                  <a:pt x="3600950" y="561219"/>
                                  <a:pt x="3332940" y="600075"/>
                                </a:cubicBezTo>
                                <a:cubicBezTo>
                                  <a:pt x="3064930" y="638931"/>
                                  <a:pt x="3045167" y="592697"/>
                                  <a:pt x="2883217" y="600075"/>
                                </a:cubicBezTo>
                                <a:cubicBezTo>
                                  <a:pt x="2721267" y="607453"/>
                                  <a:pt x="2455069" y="539549"/>
                                  <a:pt x="2338816" y="600075"/>
                                </a:cubicBezTo>
                                <a:cubicBezTo>
                                  <a:pt x="2222563" y="660601"/>
                                  <a:pt x="2043590" y="571509"/>
                                  <a:pt x="1889093" y="600075"/>
                                </a:cubicBezTo>
                                <a:cubicBezTo>
                                  <a:pt x="1734596" y="628641"/>
                                  <a:pt x="1525613" y="524752"/>
                                  <a:pt x="1250014" y="600075"/>
                                </a:cubicBezTo>
                                <a:cubicBezTo>
                                  <a:pt x="974415" y="675398"/>
                                  <a:pt x="796741" y="557051"/>
                                  <a:pt x="658273" y="600075"/>
                                </a:cubicBezTo>
                                <a:cubicBezTo>
                                  <a:pt x="519805" y="643099"/>
                                  <a:pt x="315818" y="563010"/>
                                  <a:pt x="42863" y="600075"/>
                                </a:cubicBezTo>
                                <a:cubicBezTo>
                                  <a:pt x="18698" y="597626"/>
                                  <a:pt x="4624" y="576160"/>
                                  <a:pt x="0" y="557212"/>
                                </a:cubicBezTo>
                                <a:cubicBezTo>
                                  <a:pt x="-45264" y="410798"/>
                                  <a:pt x="37371" y="265253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2CDD6AD" w14:textId="137B96B0" w:rsidR="00987D44" w:rsidRPr="00987D44" w:rsidRDefault="00987D44" w:rsidP="00987D44">
                              <w:pPr>
                                <w:spacing w:after="0" w:line="240" w:lineRule="auto"/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</w:pPr>
                              <w:r w:rsidRPr="00987D44">
                                <w:rPr>
                                  <w:rFonts w:ascii="Comfortaa" w:hAnsi="Comfortaa"/>
                                  <w:sz w:val="32"/>
                                  <w:szCs w:val="32"/>
                                </w:rPr>
                                <w:t>Decorate Christmas Tree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0ADD5" id="_x0000_s1043" style="position:absolute;margin-left:78.45pt;margin-top:12.1pt;width:434.25pt;height:47.25pt;z-index:-251715585;mso-position-horizontal-relative:page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">
                <v:shape id="Text Box 120" o:spid="_x0000_s1044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16436518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2A5800FF" w14:textId="7BC4D054" w:rsidR="00987D44" w:rsidRPr="00987D44" w:rsidRDefault="00E2650E" w:rsidP="00987D44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45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" fillcolor="white [3201]" strokecolor="#c00000" strokeweight=".5pt">
                  <v:textbox>
                    <w:txbxContent>
                      <w:p w14:paraId="42CDD6AD" w14:textId="137B96B0" w:rsidR="00987D44" w:rsidRPr="00987D44" w:rsidRDefault="00987D44" w:rsidP="00987D44">
                        <w:pPr>
                          <w:spacing w:after="0" w:line="240" w:lineRule="auto"/>
                          <w:rPr>
                            <w:rFonts w:ascii="Comfortaa" w:hAnsi="Comfortaa"/>
                            <w:sz w:val="32"/>
                            <w:szCs w:val="32"/>
                          </w:rPr>
                        </w:pPr>
                        <w:r w:rsidRPr="00987D44">
                          <w:rPr>
                            <w:rFonts w:ascii="Comfortaa" w:hAnsi="Comfortaa"/>
                            <w:sz w:val="32"/>
                            <w:szCs w:val="32"/>
                          </w:rPr>
                          <w:t>Decorate Christmas Tree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  <w:r w:rsidR="00987D44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12512" behindDoc="1" locked="0" layoutInCell="1" allowOverlap="1" wp14:anchorId="59EE7A48" wp14:editId="6E551318">
            <wp:simplePos x="0" y="0"/>
            <wp:positionH relativeFrom="leftMargin">
              <wp:align>right</wp:align>
            </wp:positionH>
            <wp:positionV relativeFrom="page">
              <wp:posOffset>2831211</wp:posOffset>
            </wp:positionV>
            <wp:extent cx="390525" cy="390525"/>
            <wp:effectExtent l="0" t="0" r="9525" b="9525"/>
            <wp:wrapNone/>
            <wp:docPr id="1957647762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47762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B5B38" w14:textId="06E8665F" w:rsidR="00713D28" w:rsidRPr="00713D28" w:rsidRDefault="00713D28" w:rsidP="00713D28">
      <w:pPr>
        <w:rPr>
          <w:rFonts w:ascii="Calibri" w:hAnsi="Calibri" w:cs="Calibri"/>
        </w:rPr>
      </w:pPr>
    </w:p>
    <w:p w14:paraId="01894DE1" w14:textId="70634EF5" w:rsidR="00713D28" w:rsidRPr="00713D28" w:rsidRDefault="00713D28" w:rsidP="00713D28">
      <w:pPr>
        <w:rPr>
          <w:rFonts w:ascii="Calibri" w:hAnsi="Calibri" w:cs="Calibri"/>
        </w:rPr>
      </w:pPr>
    </w:p>
    <w:p w14:paraId="623B7D84" w14:textId="431DBAAB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32992" behindDoc="1" locked="0" layoutInCell="1" allowOverlap="1" wp14:anchorId="1A7B3F92" wp14:editId="4B73F0E7">
            <wp:simplePos x="0" y="0"/>
            <wp:positionH relativeFrom="leftMargin">
              <wp:align>right</wp:align>
            </wp:positionH>
            <wp:positionV relativeFrom="page">
              <wp:posOffset>3919474</wp:posOffset>
            </wp:positionV>
            <wp:extent cx="390525" cy="390525"/>
            <wp:effectExtent l="0" t="0" r="9525" b="9525"/>
            <wp:wrapNone/>
            <wp:docPr id="1705267069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67069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14560" behindDoc="1" locked="0" layoutInCell="1" allowOverlap="1" wp14:anchorId="6293A96E" wp14:editId="39ED9B65">
            <wp:simplePos x="0" y="0"/>
            <wp:positionH relativeFrom="margin">
              <wp:posOffset>3051429</wp:posOffset>
            </wp:positionH>
            <wp:positionV relativeFrom="page">
              <wp:posOffset>3755136</wp:posOffset>
            </wp:positionV>
            <wp:extent cx="390525" cy="390525"/>
            <wp:effectExtent l="0" t="0" r="9525" b="9525"/>
            <wp:wrapNone/>
            <wp:docPr id="1185160527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60527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ABC4F" w14:textId="2C12CAF9" w:rsidR="00713D28" w:rsidRPr="00713D28" w:rsidRDefault="00713D28" w:rsidP="00713D28">
      <w:pPr>
        <w:rPr>
          <w:rFonts w:ascii="Calibri" w:hAnsi="Calibri" w:cs="Calibri"/>
        </w:rPr>
      </w:pPr>
    </w:p>
    <w:p w14:paraId="0BED26B5" w14:textId="33EB9EC8" w:rsidR="00713D28" w:rsidRPr="00713D28" w:rsidRDefault="00713D28" w:rsidP="00713D28">
      <w:pPr>
        <w:rPr>
          <w:rFonts w:ascii="Calibri" w:hAnsi="Calibri" w:cs="Calibri"/>
        </w:rPr>
      </w:pPr>
    </w:p>
    <w:p w14:paraId="3008D01F" w14:textId="5CA4330D" w:rsidR="00713D28" w:rsidRPr="00713D28" w:rsidRDefault="00713D28" w:rsidP="00713D28">
      <w:pPr>
        <w:rPr>
          <w:rFonts w:ascii="Calibri" w:hAnsi="Calibri" w:cs="Calibri"/>
        </w:rPr>
      </w:pPr>
    </w:p>
    <w:p w14:paraId="702EBC38" w14:textId="6B02911B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35040" behindDoc="1" locked="0" layoutInCell="1" allowOverlap="1" wp14:anchorId="55B25256" wp14:editId="6B6F447C">
            <wp:simplePos x="0" y="0"/>
            <wp:positionH relativeFrom="margin">
              <wp:posOffset>5044821</wp:posOffset>
            </wp:positionH>
            <wp:positionV relativeFrom="margin">
              <wp:align>center</wp:align>
            </wp:positionV>
            <wp:extent cx="390525" cy="390525"/>
            <wp:effectExtent l="0" t="0" r="9525" b="9525"/>
            <wp:wrapNone/>
            <wp:docPr id="318875967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75967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4FACB" w14:textId="3DB7D9FB" w:rsidR="00713D28" w:rsidRPr="00713D28" w:rsidRDefault="00713D28" w:rsidP="00713D28">
      <w:pPr>
        <w:rPr>
          <w:rFonts w:ascii="Calibri" w:hAnsi="Calibri" w:cs="Calibri"/>
        </w:rPr>
      </w:pPr>
    </w:p>
    <w:p w14:paraId="03C7DB11" w14:textId="322C29CB" w:rsidR="00713D28" w:rsidRPr="00713D28" w:rsidRDefault="00713D28" w:rsidP="00713D28">
      <w:pPr>
        <w:rPr>
          <w:rFonts w:ascii="Calibri" w:hAnsi="Calibri" w:cs="Calibri"/>
        </w:rPr>
      </w:pPr>
    </w:p>
    <w:p w14:paraId="1EB1B6AD" w14:textId="7E5409FF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24800" behindDoc="1" locked="0" layoutInCell="1" allowOverlap="1" wp14:anchorId="3CFCA7BB" wp14:editId="26A33E3D">
            <wp:simplePos x="0" y="0"/>
            <wp:positionH relativeFrom="leftMargin">
              <wp:align>right</wp:align>
            </wp:positionH>
            <wp:positionV relativeFrom="page">
              <wp:posOffset>6168898</wp:posOffset>
            </wp:positionV>
            <wp:extent cx="390525" cy="390525"/>
            <wp:effectExtent l="0" t="0" r="9525" b="9525"/>
            <wp:wrapNone/>
            <wp:docPr id="152504474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4474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D11F8" w14:textId="6BF59B9A" w:rsidR="00713D28" w:rsidRPr="00713D28" w:rsidRDefault="00713D28" w:rsidP="00713D28">
      <w:pPr>
        <w:rPr>
          <w:rFonts w:ascii="Calibri" w:hAnsi="Calibri" w:cs="Calibri"/>
        </w:rPr>
      </w:pPr>
    </w:p>
    <w:p w14:paraId="1048BD7E" w14:textId="487F86ED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16608" behindDoc="1" locked="0" layoutInCell="1" allowOverlap="1" wp14:anchorId="2B50D48D" wp14:editId="5F9760EE">
            <wp:simplePos x="0" y="0"/>
            <wp:positionH relativeFrom="margin">
              <wp:posOffset>3087243</wp:posOffset>
            </wp:positionH>
            <wp:positionV relativeFrom="page">
              <wp:posOffset>6635242</wp:posOffset>
            </wp:positionV>
            <wp:extent cx="390525" cy="390525"/>
            <wp:effectExtent l="0" t="0" r="9525" b="9525"/>
            <wp:wrapNone/>
            <wp:docPr id="458414541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14541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24709" w14:textId="4D710C12" w:rsidR="00713D28" w:rsidRPr="00713D28" w:rsidRDefault="00314866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3AAC3A4" wp14:editId="4D6E8232">
                <wp:simplePos x="0" y="0"/>
                <wp:positionH relativeFrom="column">
                  <wp:posOffset>-1733550</wp:posOffset>
                </wp:positionH>
                <wp:positionV relativeFrom="paragraph">
                  <wp:posOffset>398780</wp:posOffset>
                </wp:positionV>
                <wp:extent cx="8737600" cy="5866130"/>
                <wp:effectExtent l="38100" t="0" r="6350" b="1270"/>
                <wp:wrapNone/>
                <wp:docPr id="941957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7600" cy="5866130"/>
                          <a:chOff x="0" y="0"/>
                          <a:chExt cx="8737600" cy="5866130"/>
                        </a:xfrm>
                      </wpg:grpSpPr>
                      <pic:pic xmlns:pic="http://schemas.openxmlformats.org/drawingml/2006/picture">
                        <pic:nvPicPr>
                          <pic:cNvPr id="5112187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backgroundMark x1="65600" y1="37281" x2="66400" y2="359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9287">
                            <a:off x="247650" y="0"/>
                            <a:ext cx="525780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2645742" name="Freeform: Shape 114"/>
                        <wps:cNvSpPr/>
                        <wps:spPr>
                          <a:xfrm>
                            <a:off x="0" y="2219325"/>
                            <a:ext cx="8737600" cy="3646805"/>
                          </a:xfrm>
                          <a:custGeom>
                            <a:avLst/>
                            <a:gdLst>
                              <a:gd name="connsiteX0" fmla="*/ 584170 w 8737631"/>
                              <a:gd name="connsiteY0" fmla="*/ 1000689 h 3647129"/>
                              <a:gd name="connsiteX1" fmla="*/ 1803370 w 8737631"/>
                              <a:gd name="connsiteY1" fmla="*/ 695889 h 3647129"/>
                              <a:gd name="connsiteX2" fmla="*/ 2841595 w 8737631"/>
                              <a:gd name="connsiteY2" fmla="*/ 962589 h 3647129"/>
                              <a:gd name="connsiteX3" fmla="*/ 3336895 w 8737631"/>
                              <a:gd name="connsiteY3" fmla="*/ 1191189 h 3647129"/>
                              <a:gd name="connsiteX4" fmla="*/ 4556095 w 8737631"/>
                              <a:gd name="connsiteY4" fmla="*/ 1200714 h 3647129"/>
                              <a:gd name="connsiteX5" fmla="*/ 5327620 w 8737631"/>
                              <a:gd name="connsiteY5" fmla="*/ 981639 h 3647129"/>
                              <a:gd name="connsiteX6" fmla="*/ 5956270 w 8737631"/>
                              <a:gd name="connsiteY6" fmla="*/ 505389 h 3647129"/>
                              <a:gd name="connsiteX7" fmla="*/ 6375370 w 8737631"/>
                              <a:gd name="connsiteY7" fmla="*/ 229164 h 3647129"/>
                              <a:gd name="connsiteX8" fmla="*/ 6927820 w 8737631"/>
                              <a:gd name="connsiteY8" fmla="*/ 564 h 3647129"/>
                              <a:gd name="connsiteX9" fmla="*/ 7546945 w 8737631"/>
                              <a:gd name="connsiteY9" fmla="*/ 295839 h 3647129"/>
                              <a:gd name="connsiteX10" fmla="*/ 8013670 w 8737631"/>
                              <a:gd name="connsiteY10" fmla="*/ 838764 h 3647129"/>
                              <a:gd name="connsiteX11" fmla="*/ 8337520 w 8737631"/>
                              <a:gd name="connsiteY11" fmla="*/ 781614 h 3647129"/>
                              <a:gd name="connsiteX12" fmla="*/ 8089870 w 8737631"/>
                              <a:gd name="connsiteY12" fmla="*/ 3343839 h 3647129"/>
                              <a:gd name="connsiteX13" fmla="*/ 612745 w 8737631"/>
                              <a:gd name="connsiteY13" fmla="*/ 3334314 h 3647129"/>
                              <a:gd name="connsiteX14" fmla="*/ 584170 w 8737631"/>
                              <a:gd name="connsiteY14" fmla="*/ 1000689 h 36471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737631" h="3647129">
                                <a:moveTo>
                                  <a:pt x="584170" y="1000689"/>
                                </a:moveTo>
                                <a:cubicBezTo>
                                  <a:pt x="782607" y="560952"/>
                                  <a:pt x="1427133" y="702239"/>
                                  <a:pt x="1803370" y="695889"/>
                                </a:cubicBezTo>
                                <a:cubicBezTo>
                                  <a:pt x="2179607" y="689539"/>
                                  <a:pt x="2586008" y="880039"/>
                                  <a:pt x="2841595" y="962589"/>
                                </a:cubicBezTo>
                                <a:cubicBezTo>
                                  <a:pt x="3097182" y="1045139"/>
                                  <a:pt x="3051145" y="1151502"/>
                                  <a:pt x="3336895" y="1191189"/>
                                </a:cubicBezTo>
                                <a:cubicBezTo>
                                  <a:pt x="3622645" y="1230877"/>
                                  <a:pt x="4224308" y="1235639"/>
                                  <a:pt x="4556095" y="1200714"/>
                                </a:cubicBezTo>
                                <a:cubicBezTo>
                                  <a:pt x="4887882" y="1165789"/>
                                  <a:pt x="5094258" y="1097526"/>
                                  <a:pt x="5327620" y="981639"/>
                                </a:cubicBezTo>
                                <a:cubicBezTo>
                                  <a:pt x="5560982" y="865752"/>
                                  <a:pt x="5781645" y="630801"/>
                                  <a:pt x="5956270" y="505389"/>
                                </a:cubicBezTo>
                                <a:cubicBezTo>
                                  <a:pt x="6130895" y="379977"/>
                                  <a:pt x="6213445" y="313301"/>
                                  <a:pt x="6375370" y="229164"/>
                                </a:cubicBezTo>
                                <a:cubicBezTo>
                                  <a:pt x="6537295" y="145027"/>
                                  <a:pt x="6732558" y="-10548"/>
                                  <a:pt x="6927820" y="564"/>
                                </a:cubicBezTo>
                                <a:cubicBezTo>
                                  <a:pt x="7123082" y="11676"/>
                                  <a:pt x="7365970" y="156139"/>
                                  <a:pt x="7546945" y="295839"/>
                                </a:cubicBezTo>
                                <a:cubicBezTo>
                                  <a:pt x="7727920" y="435539"/>
                                  <a:pt x="7881908" y="757801"/>
                                  <a:pt x="8013670" y="838764"/>
                                </a:cubicBezTo>
                                <a:cubicBezTo>
                                  <a:pt x="8145433" y="919726"/>
                                  <a:pt x="8324820" y="364102"/>
                                  <a:pt x="8337520" y="781614"/>
                                </a:cubicBezTo>
                                <a:cubicBezTo>
                                  <a:pt x="8350220" y="1199126"/>
                                  <a:pt x="9377333" y="2918389"/>
                                  <a:pt x="8089870" y="3343839"/>
                                </a:cubicBezTo>
                                <a:cubicBezTo>
                                  <a:pt x="6802407" y="3769289"/>
                                  <a:pt x="1866870" y="3729602"/>
                                  <a:pt x="612745" y="3334314"/>
                                </a:cubicBezTo>
                                <a:cubicBezTo>
                                  <a:pt x="-641380" y="2939026"/>
                                  <a:pt x="385733" y="1440426"/>
                                  <a:pt x="584170" y="1000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4EB41" id="Group 123" o:spid="_x0000_s1026" style="position:absolute;margin-left:-136.5pt;margin-top:31.4pt;width:688pt;height:461.9pt;z-index:251705344" coordsize="87376,5866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">
                <v:shape id="Picture 112" o:spid="_x0000_s1027" type="#_x0000_t75" style="position:absolute;left:2476;width:52578;height:51054;rotation:13099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">
                  <v:imagedata r:id="rId13" o:title=""/>
                </v:shape>
                <v:shape id="Freeform: Shape 114" o:spid="_x0000_s1028" style="position:absolute;top:22193;width:87376;height:36468;visibility:visible;mso-wrap-style:square;v-text-anchor:middle" coordsize="8737631,364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" path="m584170,1000689c782607,560952,1427133,702239,1803370,695889v376237,-6350,782638,184150,1038225,266700c3097182,1045139,3051145,1151502,3336895,1191189v285750,39688,887413,44450,1219200,9525c4887882,1165789,5094258,1097526,5327620,981639,5560982,865752,5781645,630801,5956270,505389,6130895,379977,6213445,313301,6375370,229164,6537295,145027,6732558,-10548,6927820,564v195262,11112,438150,155575,619125,295275c7727920,435539,7881908,757801,8013670,838764v131763,80962,311150,-474662,323850,-57150c8350220,1199126,9377333,2918389,8089870,3343839,6802407,3769289,1866870,3729602,612745,3334314,-641380,2939026,385733,1440426,584170,1000689xe" fillcolor="white [3212]" stroked="f">
                  <v:path arrowok="t" o:connecttype="custom" o:connectlocs="584168,1000600;1803364,695827;2841585,962503;3336883,1191083;4556079,1200607;5327601,981552;5956249,505344;6375347,229144;6927795,564;7546918,295813;8013642,838689;8337490,781545;8089841,3343542;612743,3334018;584168,1000600" o:connectangles="0,0,0,0,0,0,0,0,0,0,0,0,0,0,0"/>
                </v:shape>
              </v:group>
            </w:pict>
          </mc:Fallback>
        </mc:AlternateContent>
      </w:r>
    </w:p>
    <w:p w14:paraId="06C18F39" w14:textId="2B9A2845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18656" behindDoc="1" locked="0" layoutInCell="1" allowOverlap="1" wp14:anchorId="6B87250E" wp14:editId="23859C0C">
            <wp:simplePos x="0" y="0"/>
            <wp:positionH relativeFrom="margin">
              <wp:posOffset>1350137</wp:posOffset>
            </wp:positionH>
            <wp:positionV relativeFrom="page">
              <wp:posOffset>7458202</wp:posOffset>
            </wp:positionV>
            <wp:extent cx="390525" cy="390525"/>
            <wp:effectExtent l="0" t="0" r="9525" b="9525"/>
            <wp:wrapNone/>
            <wp:docPr id="1770065049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65049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C878B" w14:textId="5AC2972D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22752" behindDoc="1" locked="0" layoutInCell="1" allowOverlap="1" wp14:anchorId="6BBDD06C" wp14:editId="57C030B4">
            <wp:simplePos x="0" y="0"/>
            <wp:positionH relativeFrom="margin">
              <wp:posOffset>4787900</wp:posOffset>
            </wp:positionH>
            <wp:positionV relativeFrom="page">
              <wp:posOffset>7549896</wp:posOffset>
            </wp:positionV>
            <wp:extent cx="390525" cy="390525"/>
            <wp:effectExtent l="0" t="0" r="9525" b="9525"/>
            <wp:wrapNone/>
            <wp:docPr id="1782221614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93CF7" w14:textId="3D0889BA" w:rsidR="00713D28" w:rsidRPr="00713D28" w:rsidRDefault="00987D44" w:rsidP="003C33E1">
      <w:pPr>
        <w:tabs>
          <w:tab w:val="left" w:pos="2745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20704" behindDoc="1" locked="0" layoutInCell="1" allowOverlap="1" wp14:anchorId="4D4A7DB6" wp14:editId="2849EBB6">
            <wp:simplePos x="0" y="0"/>
            <wp:positionH relativeFrom="margin">
              <wp:posOffset>3215513</wp:posOffset>
            </wp:positionH>
            <wp:positionV relativeFrom="page">
              <wp:posOffset>8089138</wp:posOffset>
            </wp:positionV>
            <wp:extent cx="390525" cy="390525"/>
            <wp:effectExtent l="0" t="0" r="9525" b="9525"/>
            <wp:wrapNone/>
            <wp:docPr id="61826702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6702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3E1">
        <w:rPr>
          <w:rFonts w:ascii="Calibri" w:hAnsi="Calibri" w:cs="Calibri"/>
        </w:rPr>
        <w:tab/>
      </w:r>
    </w:p>
    <w:p w14:paraId="438472ED" w14:textId="44AE544C" w:rsidR="00713D28" w:rsidRPr="00713D28" w:rsidRDefault="00713D28" w:rsidP="00713D28">
      <w:pPr>
        <w:rPr>
          <w:rFonts w:ascii="Calibri" w:hAnsi="Calibri" w:cs="Calibri"/>
        </w:rPr>
      </w:pPr>
    </w:p>
    <w:p w14:paraId="02CC32F5" w14:textId="43BC9E7D" w:rsidR="00713D28" w:rsidRPr="00713D28" w:rsidRDefault="00713D28" w:rsidP="00713D28">
      <w:pPr>
        <w:rPr>
          <w:rFonts w:ascii="Calibri" w:hAnsi="Calibri" w:cs="Calibri"/>
        </w:rPr>
      </w:pPr>
    </w:p>
    <w:p w14:paraId="1467D4B6" w14:textId="66A18537" w:rsidR="00713D28" w:rsidRPr="00713D28" w:rsidRDefault="00713D28" w:rsidP="00713D28">
      <w:pPr>
        <w:rPr>
          <w:rFonts w:ascii="Calibri" w:hAnsi="Calibri" w:cs="Calibri"/>
        </w:rPr>
      </w:pPr>
    </w:p>
    <w:p w14:paraId="440C9AD6" w14:textId="15355B6D" w:rsidR="00713D28" w:rsidRPr="00713D28" w:rsidRDefault="00713D28" w:rsidP="00713D28">
      <w:pPr>
        <w:rPr>
          <w:rFonts w:ascii="Calibri" w:hAnsi="Calibri" w:cs="Calibri"/>
        </w:rPr>
      </w:pPr>
    </w:p>
    <w:p w14:paraId="44528CCE" w14:textId="3788C4B4" w:rsidR="00713D28" w:rsidRPr="00713D28" w:rsidRDefault="00713D28" w:rsidP="00713D28">
      <w:pPr>
        <w:rPr>
          <w:rFonts w:ascii="Calibri" w:hAnsi="Calibri" w:cs="Calibri"/>
        </w:rPr>
      </w:pPr>
    </w:p>
    <w:p w14:paraId="01004879" w14:textId="14EF0309" w:rsidR="00713D28" w:rsidRPr="00713D28" w:rsidRDefault="00314866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0FB81B3" wp14:editId="7A12C0C6">
                <wp:simplePos x="0" y="0"/>
                <wp:positionH relativeFrom="column">
                  <wp:posOffset>-552450</wp:posOffset>
                </wp:positionH>
                <wp:positionV relativeFrom="paragraph">
                  <wp:posOffset>234315</wp:posOffset>
                </wp:positionV>
                <wp:extent cx="3202305" cy="737870"/>
                <wp:effectExtent l="0" t="0" r="0" b="5080"/>
                <wp:wrapNone/>
                <wp:docPr id="110741746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305" cy="737870"/>
                          <a:chOff x="0" y="0"/>
                          <a:chExt cx="3202838" cy="738448"/>
                        </a:xfrm>
                      </wpg:grpSpPr>
                      <wps:wsp>
                        <wps:cNvPr id="1312688308" name="Freeform: Shape 115"/>
                        <wps:cNvSpPr/>
                        <wps:spPr>
                          <a:xfrm>
                            <a:off x="0" y="0"/>
                            <a:ext cx="754913" cy="224098"/>
                          </a:xfrm>
                          <a:custGeom>
                            <a:avLst/>
                            <a:gdLst>
                              <a:gd name="connsiteX0" fmla="*/ 28953 w 754913"/>
                              <a:gd name="connsiteY0" fmla="*/ 172390 h 224098"/>
                              <a:gd name="connsiteX1" fmla="*/ 140300 w 754913"/>
                              <a:gd name="connsiteY1" fmla="*/ 30675 h 224098"/>
                              <a:gd name="connsiteX2" fmla="*/ 234777 w 754913"/>
                              <a:gd name="connsiteY2" fmla="*/ 84661 h 224098"/>
                              <a:gd name="connsiteX3" fmla="*/ 234777 w 754913"/>
                              <a:gd name="connsiteY3" fmla="*/ 84661 h 224098"/>
                              <a:gd name="connsiteX4" fmla="*/ 305635 w 754913"/>
                              <a:gd name="connsiteY4" fmla="*/ 307 h 224098"/>
                              <a:gd name="connsiteX5" fmla="*/ 383241 w 754913"/>
                              <a:gd name="connsiteY5" fmla="*/ 54294 h 224098"/>
                              <a:gd name="connsiteX6" fmla="*/ 383241 w 754913"/>
                              <a:gd name="connsiteY6" fmla="*/ 54294 h 224098"/>
                              <a:gd name="connsiteX7" fmla="*/ 430479 w 754913"/>
                              <a:gd name="connsiteY7" fmla="*/ 64416 h 224098"/>
                              <a:gd name="connsiteX8" fmla="*/ 531704 w 754913"/>
                              <a:gd name="connsiteY8" fmla="*/ 125152 h 224098"/>
                              <a:gd name="connsiteX9" fmla="*/ 639677 w 754913"/>
                              <a:gd name="connsiteY9" fmla="*/ 135274 h 224098"/>
                              <a:gd name="connsiteX10" fmla="*/ 720658 w 754913"/>
                              <a:gd name="connsiteY10" fmla="*/ 223002 h 224098"/>
                              <a:gd name="connsiteX11" fmla="*/ 28953 w 754913"/>
                              <a:gd name="connsiteY11" fmla="*/ 172390 h 224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54913" h="224098">
                                <a:moveTo>
                                  <a:pt x="28953" y="172390"/>
                                </a:moveTo>
                                <a:cubicBezTo>
                                  <a:pt x="-67773" y="140336"/>
                                  <a:pt x="105996" y="45296"/>
                                  <a:pt x="140300" y="30675"/>
                                </a:cubicBezTo>
                                <a:cubicBezTo>
                                  <a:pt x="174604" y="16054"/>
                                  <a:pt x="234777" y="84661"/>
                                  <a:pt x="234777" y="84661"/>
                                </a:cubicBezTo>
                                <a:lnTo>
                                  <a:pt x="234777" y="84661"/>
                                </a:lnTo>
                                <a:cubicBezTo>
                                  <a:pt x="246587" y="70602"/>
                                  <a:pt x="280891" y="5368"/>
                                  <a:pt x="305635" y="307"/>
                                </a:cubicBezTo>
                                <a:cubicBezTo>
                                  <a:pt x="330379" y="-4754"/>
                                  <a:pt x="383241" y="54294"/>
                                  <a:pt x="383241" y="54294"/>
                                </a:cubicBezTo>
                                <a:lnTo>
                                  <a:pt x="383241" y="54294"/>
                                </a:lnTo>
                                <a:cubicBezTo>
                                  <a:pt x="391114" y="55981"/>
                                  <a:pt x="405735" y="52606"/>
                                  <a:pt x="430479" y="64416"/>
                                </a:cubicBezTo>
                                <a:cubicBezTo>
                                  <a:pt x="455223" y="76226"/>
                                  <a:pt x="496838" y="113342"/>
                                  <a:pt x="531704" y="125152"/>
                                </a:cubicBezTo>
                                <a:cubicBezTo>
                                  <a:pt x="566570" y="136962"/>
                                  <a:pt x="608185" y="118966"/>
                                  <a:pt x="639677" y="135274"/>
                                </a:cubicBezTo>
                                <a:cubicBezTo>
                                  <a:pt x="671169" y="151582"/>
                                  <a:pt x="821321" y="216254"/>
                                  <a:pt x="720658" y="223002"/>
                                </a:cubicBezTo>
                                <a:cubicBezTo>
                                  <a:pt x="619995" y="229750"/>
                                  <a:pt x="125679" y="204444"/>
                                  <a:pt x="28953" y="172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740568" name="Freeform: Shape 115"/>
                        <wps:cNvSpPr/>
                        <wps:spPr>
                          <a:xfrm flipH="1">
                            <a:off x="2447925" y="514350"/>
                            <a:ext cx="754913" cy="224098"/>
                          </a:xfrm>
                          <a:custGeom>
                            <a:avLst/>
                            <a:gdLst>
                              <a:gd name="connsiteX0" fmla="*/ 28953 w 754913"/>
                              <a:gd name="connsiteY0" fmla="*/ 172390 h 224098"/>
                              <a:gd name="connsiteX1" fmla="*/ 140300 w 754913"/>
                              <a:gd name="connsiteY1" fmla="*/ 30675 h 224098"/>
                              <a:gd name="connsiteX2" fmla="*/ 234777 w 754913"/>
                              <a:gd name="connsiteY2" fmla="*/ 84661 h 224098"/>
                              <a:gd name="connsiteX3" fmla="*/ 234777 w 754913"/>
                              <a:gd name="connsiteY3" fmla="*/ 84661 h 224098"/>
                              <a:gd name="connsiteX4" fmla="*/ 305635 w 754913"/>
                              <a:gd name="connsiteY4" fmla="*/ 307 h 224098"/>
                              <a:gd name="connsiteX5" fmla="*/ 383241 w 754913"/>
                              <a:gd name="connsiteY5" fmla="*/ 54294 h 224098"/>
                              <a:gd name="connsiteX6" fmla="*/ 383241 w 754913"/>
                              <a:gd name="connsiteY6" fmla="*/ 54294 h 224098"/>
                              <a:gd name="connsiteX7" fmla="*/ 430479 w 754913"/>
                              <a:gd name="connsiteY7" fmla="*/ 64416 h 224098"/>
                              <a:gd name="connsiteX8" fmla="*/ 531704 w 754913"/>
                              <a:gd name="connsiteY8" fmla="*/ 125152 h 224098"/>
                              <a:gd name="connsiteX9" fmla="*/ 639677 w 754913"/>
                              <a:gd name="connsiteY9" fmla="*/ 135274 h 224098"/>
                              <a:gd name="connsiteX10" fmla="*/ 720658 w 754913"/>
                              <a:gd name="connsiteY10" fmla="*/ 223002 h 224098"/>
                              <a:gd name="connsiteX11" fmla="*/ 28953 w 754913"/>
                              <a:gd name="connsiteY11" fmla="*/ 172390 h 224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54913" h="224098">
                                <a:moveTo>
                                  <a:pt x="28953" y="172390"/>
                                </a:moveTo>
                                <a:cubicBezTo>
                                  <a:pt x="-67773" y="140336"/>
                                  <a:pt x="105996" y="45296"/>
                                  <a:pt x="140300" y="30675"/>
                                </a:cubicBezTo>
                                <a:cubicBezTo>
                                  <a:pt x="174604" y="16054"/>
                                  <a:pt x="234777" y="84661"/>
                                  <a:pt x="234777" y="84661"/>
                                </a:cubicBezTo>
                                <a:lnTo>
                                  <a:pt x="234777" y="84661"/>
                                </a:lnTo>
                                <a:cubicBezTo>
                                  <a:pt x="246587" y="70602"/>
                                  <a:pt x="280891" y="5368"/>
                                  <a:pt x="305635" y="307"/>
                                </a:cubicBezTo>
                                <a:cubicBezTo>
                                  <a:pt x="330379" y="-4754"/>
                                  <a:pt x="383241" y="54294"/>
                                  <a:pt x="383241" y="54294"/>
                                </a:cubicBezTo>
                                <a:lnTo>
                                  <a:pt x="383241" y="54294"/>
                                </a:lnTo>
                                <a:cubicBezTo>
                                  <a:pt x="391114" y="55981"/>
                                  <a:pt x="405735" y="52606"/>
                                  <a:pt x="430479" y="64416"/>
                                </a:cubicBezTo>
                                <a:cubicBezTo>
                                  <a:pt x="455223" y="76226"/>
                                  <a:pt x="496838" y="113342"/>
                                  <a:pt x="531704" y="125152"/>
                                </a:cubicBezTo>
                                <a:cubicBezTo>
                                  <a:pt x="566570" y="136962"/>
                                  <a:pt x="608185" y="118966"/>
                                  <a:pt x="639677" y="135274"/>
                                </a:cubicBezTo>
                                <a:cubicBezTo>
                                  <a:pt x="671169" y="151582"/>
                                  <a:pt x="821321" y="216254"/>
                                  <a:pt x="720658" y="223002"/>
                                </a:cubicBezTo>
                                <a:cubicBezTo>
                                  <a:pt x="619995" y="229750"/>
                                  <a:pt x="125679" y="204444"/>
                                  <a:pt x="28953" y="172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FF460" id="Group 116" o:spid="_x0000_s1026" style="position:absolute;margin-left:-43.5pt;margin-top:18.45pt;width:252.15pt;height:58.1pt;z-index:251709440" coordsize="32028,7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">
                <v:shape id="Freeform: Shape 115" o:spid="_x0000_s1027" style="position:absolute;width:7549;height:2240;visibility:visible;mso-wrap-style:square;v-text-anchor:middle" coordsize="754913,2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" path="m28953,172390c-67773,140336,105996,45296,140300,30675v34304,-14621,94477,53986,94477,53986l234777,84661c246587,70602,280891,5368,305635,307v24744,-5061,77606,53987,77606,53987l383241,54294v7873,1687,22494,-1688,47238,10122c455223,76226,496838,113342,531704,125152v34866,11810,76481,-6186,107973,10122c671169,151582,821321,216254,720658,223002,619995,229750,125679,204444,28953,172390xe" fillcolor="white [3212]" stroked="f">
                  <v:path arrowok="t" o:connecttype="custom" o:connectlocs="28953,172390;140300,30675;234777,84661;234777,84661;305635,307;383241,54294;383241,54294;430479,64416;531704,125152;639677,135274;720658,223002;28953,172390" o:connectangles="0,0,0,0,0,0,0,0,0,0,0,0"/>
                </v:shape>
                <v:shape id="Freeform: Shape 115" o:spid="_x0000_s1028" style="position:absolute;left:24479;top:5143;width:7549;height:2241;flip:x;visibility:visible;mso-wrap-style:square;v-text-anchor:middle" coordsize="754913,2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" path="m28953,172390c-67773,140336,105996,45296,140300,30675v34304,-14621,94477,53986,94477,53986l234777,84661c246587,70602,280891,5368,305635,307v24744,-5061,77606,53987,77606,53987l383241,54294v7873,1687,22494,-1688,47238,10122c455223,76226,496838,113342,531704,125152v34866,11810,76481,-6186,107973,10122c671169,151582,821321,216254,720658,223002,619995,229750,125679,204444,28953,172390xe" fillcolor="white [3212]" stroked="f">
                  <v:path arrowok="t" o:connecttype="custom" o:connectlocs="28953,172390;140300,30675;234777,84661;234777,84661;305635,307;383241,54294;383241,54294;430479,64416;531704,125152;639677,135274;720658,223002;28953,172390" o:connectangles="0,0,0,0,0,0,0,0,0,0,0,0"/>
                </v:shape>
              </v:group>
            </w:pict>
          </mc:Fallback>
        </mc:AlternateContent>
      </w:r>
    </w:p>
    <w:p w14:paraId="72B53E89" w14:textId="27A36F0D" w:rsidR="00D53BDB" w:rsidRPr="00B961CC" w:rsidRDefault="00D53BDB" w:rsidP="00314866">
      <w:pPr>
        <w:tabs>
          <w:tab w:val="left" w:pos="5167"/>
        </w:tabs>
        <w:rPr>
          <w:rFonts w:ascii="Calibri" w:hAnsi="Calibri" w:cs="Calibri"/>
        </w:rPr>
      </w:pPr>
      <w:r w:rsidRPr="00314866">
        <w:rPr>
          <w:rFonts w:ascii="Calibri" w:hAnsi="Calibri" w:cs="Calibri"/>
        </w:rPr>
        <w:br w:type="page"/>
      </w:r>
      <w:r w:rsidR="00524D08" w:rsidRPr="00B961CC">
        <w:rPr>
          <w:rFonts w:ascii="Calibri" w:hAnsi="Calibri" w:cs="Calibri"/>
        </w:rPr>
        <w:lastRenderedPageBreak/>
        <w:tab/>
      </w:r>
    </w:p>
    <w:p w14:paraId="1E4147E8" w14:textId="353FD97B" w:rsidR="00D53BDB" w:rsidRPr="00B961CC" w:rsidRDefault="00D53BDB">
      <w:pPr>
        <w:rPr>
          <w:rFonts w:ascii="Calibri" w:hAnsi="Calibri" w:cs="Calibri"/>
        </w:rPr>
      </w:pPr>
    </w:p>
    <w:p w14:paraId="0771A88A" w14:textId="2334D3D9" w:rsidR="00FA0DE5" w:rsidRPr="00B961CC" w:rsidRDefault="000915B1">
      <w:pPr>
        <w:rPr>
          <w:rFonts w:ascii="Calibri" w:hAnsi="Calibri" w:cs="Calibri"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9B9EBB" wp14:editId="72888AA8">
                <wp:simplePos x="0" y="0"/>
                <wp:positionH relativeFrom="column">
                  <wp:posOffset>-323850</wp:posOffset>
                </wp:positionH>
                <wp:positionV relativeFrom="page">
                  <wp:posOffset>790575</wp:posOffset>
                </wp:positionV>
                <wp:extent cx="5920740" cy="4981575"/>
                <wp:effectExtent l="0" t="0" r="0" b="0"/>
                <wp:wrapNone/>
                <wp:docPr id="16364499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498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04D39" w14:textId="77777777" w:rsidR="000915B1" w:rsidRPr="00E2650E" w:rsidRDefault="000915B1" w:rsidP="000915B1">
                            <w:pPr>
                              <w:spacing w:after="40" w:line="360" w:lineRule="auto"/>
                              <w:rPr>
                                <w:rStyle w:val="Strong"/>
                                <w:rFonts w:asciiTheme="majorHAnsi" w:hAnsiTheme="majorHAnsi" w:cstheme="majorHAnsi"/>
                                <w:b w:val="0"/>
                                <w:bCs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E2650E">
                              <w:rPr>
                                <w:rStyle w:val="Strong"/>
                                <w:rFonts w:asciiTheme="majorHAnsi" w:hAnsiTheme="majorHAnsi" w:cstheme="majorHAnsi"/>
                                <w:color w:val="000000" w:themeColor="text1"/>
                                <w:sz w:val="52"/>
                                <w:szCs w:val="52"/>
                              </w:rPr>
                              <w:t>Instructions for Use</w:t>
                            </w:r>
                          </w:p>
                          <w:p w14:paraId="3DCF4D70" w14:textId="77777777" w:rsidR="000915B1" w:rsidRPr="00E2650E" w:rsidRDefault="000915B1" w:rsidP="000915B1">
                            <w:pPr>
                              <w:spacing w:after="80"/>
                              <w:rPr>
                                <w:rStyle w:val="Strong"/>
                                <w:rFonts w:asciiTheme="majorHAnsi" w:hAnsiTheme="majorHAnsi"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2650E">
                              <w:rPr>
                                <w:rStyle w:val="Strong"/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To use this template, please adhere to the conditions outlined below.</w:t>
                            </w:r>
                          </w:p>
                          <w:p w14:paraId="54DA9156" w14:textId="77777777" w:rsidR="000915B1" w:rsidRPr="00E2650E" w:rsidRDefault="000915B1" w:rsidP="000915B1">
                            <w:pPr>
                              <w:spacing w:after="80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2650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You are allowed to:</w:t>
                            </w:r>
                          </w:p>
                          <w:p w14:paraId="60066D4D" w14:textId="77777777" w:rsidR="000915B1" w:rsidRPr="00E2650E" w:rsidRDefault="000915B1" w:rsidP="000915B1">
                            <w:pPr>
                              <w:spacing w:after="40"/>
                              <w:ind w:left="170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2650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E2650E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Modify this template to suit your needs.</w:t>
                            </w:r>
                          </w:p>
                          <w:p w14:paraId="719C13BD" w14:textId="77777777" w:rsidR="000915B1" w:rsidRPr="00E2650E" w:rsidRDefault="000915B1" w:rsidP="000915B1">
                            <w:pPr>
                              <w:spacing w:after="80"/>
                              <w:ind w:left="170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2650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E2650E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Employ this template for both personal and commercial projects.</w:t>
                            </w:r>
                          </w:p>
                          <w:p w14:paraId="0BAE21AA" w14:textId="77777777" w:rsidR="000915B1" w:rsidRPr="00E2650E" w:rsidRDefault="000915B1" w:rsidP="000915B1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650E">
                              <w:rPr>
                                <w:rStyle w:val="Strong"/>
                                <w:rFonts w:asciiTheme="majorHAnsi" w:eastAsiaTheme="majorEastAsia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You are not allowed to:</w:t>
                            </w:r>
                          </w:p>
                          <w:p w14:paraId="324E2EBB" w14:textId="77777777" w:rsidR="000915B1" w:rsidRPr="00E2650E" w:rsidRDefault="000915B1" w:rsidP="000915B1">
                            <w:pPr>
                              <w:spacing w:after="40"/>
                              <w:ind w:left="17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650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Sublicensing, selling, or renting this template or any modified versions thereof.</w:t>
                            </w:r>
                          </w:p>
                          <w:p w14:paraId="7C6389B5" w14:textId="77777777" w:rsidR="000915B1" w:rsidRPr="00E2650E" w:rsidRDefault="000915B1" w:rsidP="000915B1">
                            <w:pPr>
                              <w:spacing w:after="40"/>
                              <w:ind w:left="17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650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Distributing the Template or any modified versions or including it in a collection such as a database or any other product or service that offers downloadable assets (e.g., images, icons, templates) for redistribution or resale.</w:t>
                            </w:r>
                          </w:p>
                          <w:p w14:paraId="11A6D36D" w14:textId="77777777" w:rsidR="000915B1" w:rsidRPr="00E2650E" w:rsidRDefault="000915B1" w:rsidP="000915B1">
                            <w:pPr>
                              <w:spacing w:after="40"/>
                              <w:ind w:left="17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650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Utilizing any individual elements of this template in isolation from the template itself.</w:t>
                            </w:r>
                          </w:p>
                          <w:p w14:paraId="4809BB03" w14:textId="77777777" w:rsidR="000915B1" w:rsidRPr="00E2650E" w:rsidRDefault="000915B1" w:rsidP="000915B1">
                            <w:pPr>
                              <w:spacing w:after="40"/>
                              <w:ind w:left="17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650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Registering any part of this template as a trademark or logo or claiming any part as your own intellectual property in any registry or similar entity.</w:t>
                            </w:r>
                          </w:p>
                          <w:p w14:paraId="385847B2" w14:textId="77777777" w:rsidR="000915B1" w:rsidRPr="00E2650E" w:rsidRDefault="000915B1" w:rsidP="000915B1">
                            <w:pPr>
                              <w:pStyle w:val="NormalWeb"/>
                              <w:spacing w:before="0" w:beforeAutospacing="0" w:after="4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65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For detailed information, please review our </w:t>
                            </w:r>
                            <w:hyperlink r:id="rId14" w:tgtFrame="_new" w:history="1">
                              <w:r w:rsidRPr="00E2650E">
                                <w:rPr>
                                  <w:rStyle w:val="Hyperlink"/>
                                  <w:rFonts w:asciiTheme="majorHAnsi" w:eastAsiaTheme="majorEastAsia" w:hAnsiTheme="majorHAnsi" w:cstheme="majorHAns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Terms and Conditions</w:t>
                              </w:r>
                            </w:hyperlink>
                            <w:r w:rsidRPr="00E265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C336D4" w14:textId="77777777" w:rsidR="000915B1" w:rsidRPr="00E2650E" w:rsidRDefault="000915B1" w:rsidP="000915B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1B4193" w14:textId="77777777" w:rsidR="000915B1" w:rsidRPr="00E2650E" w:rsidRDefault="000915B1" w:rsidP="000915B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650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Fonts Used:</w:t>
                            </w:r>
                          </w:p>
                          <w:p w14:paraId="71AF8715" w14:textId="77777777" w:rsidR="000915B1" w:rsidRPr="00E2650E" w:rsidRDefault="000915B1" w:rsidP="000915B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proofErr w:type="spellStart"/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Cinzel</w:t>
                            </w:r>
                            <w:proofErr w:type="spellEnd"/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: </w:t>
                            </w:r>
                            <w:hyperlink r:id="rId15" w:history="1">
                              <w:r w:rsidRPr="00E2650E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0000" w:themeColor="text1"/>
                                </w:rPr>
                                <w:t>https://fonts.google.com/specimen/Cinzel</w:t>
                              </w:r>
                            </w:hyperlink>
                          </w:p>
                          <w:p w14:paraId="6FB6DFF1" w14:textId="77777777" w:rsidR="000915B1" w:rsidRPr="00E2650E" w:rsidRDefault="000915B1" w:rsidP="000915B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Style w:val="Hyperlink"/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proofErr w:type="spellStart"/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Comfortaa</w:t>
                            </w:r>
                            <w:proofErr w:type="spellEnd"/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: </w:t>
                            </w:r>
                            <w:hyperlink r:id="rId16" w:history="1">
                              <w:r w:rsidRPr="00E2650E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0000" w:themeColor="text1"/>
                                </w:rPr>
                                <w:t>https://fonts.google.com/specimen/Comfortaa</w:t>
                              </w:r>
                            </w:hyperlink>
                          </w:p>
                          <w:p w14:paraId="638940A6" w14:textId="6C244444" w:rsidR="000915B1" w:rsidRPr="00E2650E" w:rsidRDefault="000915B1" w:rsidP="000915B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 w:cstheme="majorHAnsi"/>
                                <w:color w:val="000000" w:themeColor="text1"/>
                                <w:u w:val="single"/>
                              </w:rPr>
                            </w:pPr>
                            <w:r w:rsidRPr="00E2650E">
                              <w:rPr>
                                <w:rFonts w:asciiTheme="majorHAnsi" w:hAnsiTheme="majorHAnsi" w:cstheme="majorHAnsi"/>
                              </w:rPr>
                              <w:t>Style Script</w:t>
                            </w:r>
                            <w:r w:rsidRPr="00E2650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: </w:t>
                            </w:r>
                            <w:hyperlink r:id="rId17" w:history="1">
                              <w:r w:rsidRPr="00E2650E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0000" w:themeColor="text1"/>
                                </w:rPr>
                                <w:t>https://fonts.google.com/specimen/Style+Script</w:t>
                              </w:r>
                            </w:hyperlink>
                          </w:p>
                          <w:p w14:paraId="23821AD1" w14:textId="77777777" w:rsidR="000915B1" w:rsidRPr="00E2650E" w:rsidRDefault="000915B1" w:rsidP="000915B1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14B76BA" w14:textId="77777777" w:rsidR="000915B1" w:rsidRPr="00E2650E" w:rsidRDefault="000915B1" w:rsidP="000915B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B9EBB" id="Text Box 5" o:spid="_x0000_s1046" type="#_x0000_t202" style="position:absolute;margin-left:-25.5pt;margin-top:62.25pt;width:466.2pt;height:392.2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" filled="f" stroked="f" strokeweight=".5pt">
                <v:textbox>
                  <w:txbxContent>
                    <w:p w14:paraId="20F04D39" w14:textId="77777777" w:rsidR="000915B1" w:rsidRPr="00E2650E" w:rsidRDefault="000915B1" w:rsidP="000915B1">
                      <w:pPr>
                        <w:spacing w:after="40" w:line="360" w:lineRule="auto"/>
                        <w:rPr>
                          <w:rStyle w:val="Strong"/>
                          <w:rFonts w:asciiTheme="majorHAnsi" w:hAnsiTheme="majorHAnsi" w:cstheme="majorHAnsi"/>
                          <w:b w:val="0"/>
                          <w:bCs w:val="0"/>
                          <w:color w:val="000000" w:themeColor="text1"/>
                          <w:sz w:val="52"/>
                          <w:szCs w:val="52"/>
                        </w:rPr>
                      </w:pPr>
                      <w:r w:rsidRPr="00E2650E">
                        <w:rPr>
                          <w:rStyle w:val="Strong"/>
                          <w:rFonts w:asciiTheme="majorHAnsi" w:hAnsiTheme="majorHAnsi" w:cstheme="majorHAnsi"/>
                          <w:color w:val="000000" w:themeColor="text1"/>
                          <w:sz w:val="52"/>
                          <w:szCs w:val="52"/>
                        </w:rPr>
                        <w:t>Instructions for Use</w:t>
                      </w:r>
                    </w:p>
                    <w:p w14:paraId="3DCF4D70" w14:textId="77777777" w:rsidR="000915B1" w:rsidRPr="00E2650E" w:rsidRDefault="000915B1" w:rsidP="000915B1">
                      <w:pPr>
                        <w:spacing w:after="80"/>
                        <w:rPr>
                          <w:rStyle w:val="Strong"/>
                          <w:rFonts w:asciiTheme="majorHAnsi" w:hAnsiTheme="majorHAnsi" w:cstheme="maj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E2650E">
                        <w:rPr>
                          <w:rStyle w:val="Strong"/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To use this template, please adhere to the conditions outlined below.</w:t>
                      </w:r>
                    </w:p>
                    <w:p w14:paraId="54DA9156" w14:textId="77777777" w:rsidR="000915B1" w:rsidRPr="00E2650E" w:rsidRDefault="000915B1" w:rsidP="000915B1">
                      <w:pPr>
                        <w:spacing w:after="80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E2650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You are allowed to:</w:t>
                      </w:r>
                    </w:p>
                    <w:p w14:paraId="60066D4D" w14:textId="77777777" w:rsidR="000915B1" w:rsidRPr="00E2650E" w:rsidRDefault="000915B1" w:rsidP="000915B1">
                      <w:pPr>
                        <w:spacing w:after="40"/>
                        <w:ind w:left="170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E2650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E2650E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Modify this template to suit your needs.</w:t>
                      </w:r>
                    </w:p>
                    <w:p w14:paraId="719C13BD" w14:textId="77777777" w:rsidR="000915B1" w:rsidRPr="00E2650E" w:rsidRDefault="000915B1" w:rsidP="000915B1">
                      <w:pPr>
                        <w:spacing w:after="80"/>
                        <w:ind w:left="170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E2650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E2650E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Employ this template for both personal and commercial projects.</w:t>
                      </w:r>
                    </w:p>
                    <w:p w14:paraId="0BAE21AA" w14:textId="77777777" w:rsidR="000915B1" w:rsidRPr="00E2650E" w:rsidRDefault="000915B1" w:rsidP="000915B1">
                      <w:pPr>
                        <w:pStyle w:val="NormalWeb"/>
                        <w:spacing w:before="0" w:beforeAutospacing="0" w:after="8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2650E">
                        <w:rPr>
                          <w:rStyle w:val="Strong"/>
                          <w:rFonts w:asciiTheme="majorHAnsi" w:eastAsiaTheme="majorEastAsia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You are not allowed to:</w:t>
                      </w:r>
                    </w:p>
                    <w:p w14:paraId="324E2EBB" w14:textId="77777777" w:rsidR="000915B1" w:rsidRPr="00E2650E" w:rsidRDefault="000915B1" w:rsidP="000915B1">
                      <w:pPr>
                        <w:spacing w:after="40"/>
                        <w:ind w:left="170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2650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Sublicensing, selling, or renting this template or any modified versions thereof.</w:t>
                      </w:r>
                    </w:p>
                    <w:p w14:paraId="7C6389B5" w14:textId="77777777" w:rsidR="000915B1" w:rsidRPr="00E2650E" w:rsidRDefault="000915B1" w:rsidP="000915B1">
                      <w:pPr>
                        <w:spacing w:after="40"/>
                        <w:ind w:left="170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2650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Distributing the Template or any modified versions or including it in a collection such as a database or any other product or service that offers downloadable assets (e.g., images, icons, templates) for redistribution or resale.</w:t>
                      </w:r>
                    </w:p>
                    <w:p w14:paraId="11A6D36D" w14:textId="77777777" w:rsidR="000915B1" w:rsidRPr="00E2650E" w:rsidRDefault="000915B1" w:rsidP="000915B1">
                      <w:pPr>
                        <w:spacing w:after="40"/>
                        <w:ind w:left="170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2650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Utilizing any individual elements of this template in isolation from the template itself.</w:t>
                      </w:r>
                    </w:p>
                    <w:p w14:paraId="4809BB03" w14:textId="77777777" w:rsidR="000915B1" w:rsidRPr="00E2650E" w:rsidRDefault="000915B1" w:rsidP="000915B1">
                      <w:pPr>
                        <w:spacing w:after="40"/>
                        <w:ind w:left="170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2650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Registering any part of this template as a trademark or logo or claiming any part as your own intellectual property in any registry or similar entity.</w:t>
                      </w:r>
                    </w:p>
                    <w:p w14:paraId="385847B2" w14:textId="77777777" w:rsidR="000915B1" w:rsidRPr="00E2650E" w:rsidRDefault="000915B1" w:rsidP="000915B1">
                      <w:pPr>
                        <w:pStyle w:val="NormalWeb"/>
                        <w:spacing w:before="0" w:beforeAutospacing="0" w:after="4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E2650E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For detailed information, please review our </w:t>
                      </w:r>
                      <w:hyperlink r:id="rId18" w:tgtFrame="_new" w:history="1">
                        <w:r w:rsidRPr="00E2650E">
                          <w:rPr>
                            <w:rStyle w:val="Hyperlink"/>
                            <w:rFonts w:asciiTheme="majorHAnsi" w:eastAsiaTheme="majorEastAsia" w:hAnsiTheme="majorHAnsi" w:cstheme="majorHAns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Terms and Conditions</w:t>
                        </w:r>
                      </w:hyperlink>
                      <w:r w:rsidRPr="00E2650E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2DC336D4" w14:textId="77777777" w:rsidR="000915B1" w:rsidRPr="00E2650E" w:rsidRDefault="000915B1" w:rsidP="000915B1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1B4193" w14:textId="77777777" w:rsidR="000915B1" w:rsidRPr="00E2650E" w:rsidRDefault="000915B1" w:rsidP="000915B1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E2650E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Fonts Used:</w:t>
                      </w:r>
                    </w:p>
                    <w:p w14:paraId="71AF8715" w14:textId="77777777" w:rsidR="000915B1" w:rsidRPr="00E2650E" w:rsidRDefault="000915B1" w:rsidP="000915B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proofErr w:type="spellStart"/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Cinzel</w:t>
                      </w:r>
                      <w:proofErr w:type="spellEnd"/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: </w:t>
                      </w:r>
                      <w:hyperlink r:id="rId19" w:history="1">
                        <w:r w:rsidRPr="00E2650E">
                          <w:rPr>
                            <w:rStyle w:val="Hyperlink"/>
                            <w:rFonts w:asciiTheme="majorHAnsi" w:hAnsiTheme="majorHAnsi" w:cstheme="majorHAnsi"/>
                            <w:color w:val="000000" w:themeColor="text1"/>
                          </w:rPr>
                          <w:t>https://fonts.google.com/specimen/Cinzel</w:t>
                        </w:r>
                      </w:hyperlink>
                    </w:p>
                    <w:p w14:paraId="6FB6DFF1" w14:textId="77777777" w:rsidR="000915B1" w:rsidRPr="00E2650E" w:rsidRDefault="000915B1" w:rsidP="000915B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Style w:val="Hyperlink"/>
                          <w:rFonts w:asciiTheme="majorHAnsi" w:hAnsiTheme="majorHAnsi" w:cstheme="majorHAnsi"/>
                          <w:color w:val="000000" w:themeColor="text1"/>
                        </w:rPr>
                      </w:pPr>
                      <w:proofErr w:type="spellStart"/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Comfortaa</w:t>
                      </w:r>
                      <w:proofErr w:type="spellEnd"/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: </w:t>
                      </w:r>
                      <w:hyperlink r:id="rId20" w:history="1">
                        <w:r w:rsidRPr="00E2650E">
                          <w:rPr>
                            <w:rStyle w:val="Hyperlink"/>
                            <w:rFonts w:asciiTheme="majorHAnsi" w:hAnsiTheme="majorHAnsi" w:cstheme="majorHAnsi"/>
                            <w:color w:val="000000" w:themeColor="text1"/>
                          </w:rPr>
                          <w:t>https://fonts.google.com/specimen/Comfortaa</w:t>
                        </w:r>
                      </w:hyperlink>
                    </w:p>
                    <w:p w14:paraId="638940A6" w14:textId="6C244444" w:rsidR="000915B1" w:rsidRPr="00E2650E" w:rsidRDefault="000915B1" w:rsidP="000915B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 w:cstheme="majorHAnsi"/>
                          <w:color w:val="000000" w:themeColor="text1"/>
                          <w:u w:val="single"/>
                        </w:rPr>
                      </w:pPr>
                      <w:r w:rsidRPr="00E2650E">
                        <w:rPr>
                          <w:rFonts w:asciiTheme="majorHAnsi" w:hAnsiTheme="majorHAnsi" w:cstheme="majorHAnsi"/>
                        </w:rPr>
                        <w:t>Style Script</w:t>
                      </w:r>
                      <w:r w:rsidRPr="00E2650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: </w:t>
                      </w:r>
                      <w:hyperlink r:id="rId21" w:history="1">
                        <w:r w:rsidRPr="00E2650E">
                          <w:rPr>
                            <w:rStyle w:val="Hyperlink"/>
                            <w:rFonts w:asciiTheme="majorHAnsi" w:hAnsiTheme="majorHAnsi" w:cstheme="majorHAnsi"/>
                            <w:color w:val="000000" w:themeColor="text1"/>
                          </w:rPr>
                          <w:t>https://fonts.google.com/specimen/Style+Script</w:t>
                        </w:r>
                      </w:hyperlink>
                    </w:p>
                    <w:p w14:paraId="23821AD1" w14:textId="77777777" w:rsidR="000915B1" w:rsidRPr="00E2650E" w:rsidRDefault="000915B1" w:rsidP="000915B1">
                      <w:pPr>
                        <w:pStyle w:val="ListParagraph"/>
                        <w:rPr>
                          <w:rFonts w:asciiTheme="majorHAnsi" w:hAnsiTheme="majorHAnsi" w:cstheme="majorHAnsi"/>
                        </w:rPr>
                      </w:pPr>
                    </w:p>
                    <w:p w14:paraId="514B76BA" w14:textId="77777777" w:rsidR="000915B1" w:rsidRPr="00E2650E" w:rsidRDefault="000915B1" w:rsidP="000915B1">
                      <w:pPr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5C2BC8F" w14:textId="167DBBA5" w:rsidR="00FA0DE5" w:rsidRPr="00B961CC" w:rsidRDefault="00FA0DE5">
      <w:pPr>
        <w:rPr>
          <w:rFonts w:ascii="Calibri" w:hAnsi="Calibri" w:cs="Calibri"/>
          <w:color w:val="FFFFFF" w:themeColor="background1"/>
        </w:rPr>
      </w:pPr>
    </w:p>
    <w:p w14:paraId="466A3212" w14:textId="5A577322" w:rsidR="00FA0DE5" w:rsidRPr="00B961CC" w:rsidRDefault="00FA0DE5">
      <w:pPr>
        <w:rPr>
          <w:rFonts w:ascii="Calibri" w:hAnsi="Calibri" w:cs="Calibri"/>
          <w:color w:val="FFFFFF" w:themeColor="background1"/>
        </w:rPr>
      </w:pPr>
    </w:p>
    <w:p w14:paraId="3D0B1674" w14:textId="465BD060" w:rsidR="00FA0DE5" w:rsidRPr="00B961CC" w:rsidRDefault="00FA0DE5">
      <w:pPr>
        <w:rPr>
          <w:rFonts w:ascii="Calibri" w:hAnsi="Calibri" w:cs="Calibri"/>
          <w:color w:val="FFFFFF" w:themeColor="background1"/>
        </w:rPr>
      </w:pPr>
    </w:p>
    <w:sectPr w:rsidR="00FA0DE5" w:rsidRPr="00B961CC" w:rsidSect="00314866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2" w:right="1800" w:bottom="69" w:left="1800" w:header="0" w:footer="3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66609" w14:textId="77777777" w:rsidR="008375F5" w:rsidRDefault="008375F5" w:rsidP="004A00FC">
      <w:pPr>
        <w:spacing w:after="0" w:line="240" w:lineRule="auto"/>
      </w:pPr>
      <w:r>
        <w:separator/>
      </w:r>
    </w:p>
  </w:endnote>
  <w:endnote w:type="continuationSeparator" w:id="0">
    <w:p w14:paraId="286814F3" w14:textId="77777777" w:rsidR="008375F5" w:rsidRDefault="008375F5" w:rsidP="004A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</w:font>
  <w:font w:name="Style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Cinzel">
    <w:altName w:val="Calibri"/>
    <w:charset w:val="00"/>
    <w:family w:val="auto"/>
    <w:pitch w:val="variable"/>
    <w:sig w:usb0="A00000EF" w:usb1="4000204B" w:usb2="00000000" w:usb3="00000000" w:csb0="00000093" w:csb1="00000000"/>
  </w:font>
  <w:font w:name="Comfortaa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8268F" w14:textId="77777777" w:rsidR="00CC5B96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E05C8" w14:textId="612121DD" w:rsidR="004A00FC" w:rsidRPr="00713D28" w:rsidRDefault="00713D28" w:rsidP="00713D28">
    <w:pPr>
      <w:pStyle w:val="Footer"/>
      <w:spacing w:before="120"/>
      <w:jc w:val="center"/>
      <w:rPr>
        <w:color w:val="624645"/>
        <w:sz w:val="20"/>
        <w:szCs w:val="20"/>
      </w:rPr>
    </w:pPr>
    <w:r w:rsidRPr="00713D28">
      <w:rPr>
        <w:color w:val="624645"/>
        <w:sz w:val="20"/>
        <w:szCs w:val="20"/>
      </w:rPr>
      <w:t>© highfile.com -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C1F82" w14:textId="77777777" w:rsidR="00CC5B96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6F8E3" w14:textId="77777777" w:rsidR="008375F5" w:rsidRDefault="008375F5" w:rsidP="004A00FC">
      <w:pPr>
        <w:spacing w:after="0" w:line="240" w:lineRule="auto"/>
      </w:pPr>
      <w:r>
        <w:separator/>
      </w:r>
    </w:p>
  </w:footnote>
  <w:footnote w:type="continuationSeparator" w:id="0">
    <w:p w14:paraId="2B38ED76" w14:textId="77777777" w:rsidR="008375F5" w:rsidRDefault="008375F5" w:rsidP="004A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1DC96" w14:textId="4E36C95E" w:rsidR="00CC5B96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A863A" w14:textId="38E898B2" w:rsidR="00CC5B96" w:rsidRDefault="00000000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FB184B"/>
    <w:multiLevelType w:val="hybridMultilevel"/>
    <w:tmpl w:val="6BDEC0F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C79F9"/>
    <w:multiLevelType w:val="hybridMultilevel"/>
    <w:tmpl w:val="32FC4E60"/>
    <w:lvl w:ilvl="0" w:tplc="F52E91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72FB3"/>
    <w:multiLevelType w:val="hybridMultilevel"/>
    <w:tmpl w:val="229C2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025093">
    <w:abstractNumId w:val="8"/>
  </w:num>
  <w:num w:numId="2" w16cid:durableId="1621762727">
    <w:abstractNumId w:val="6"/>
  </w:num>
  <w:num w:numId="3" w16cid:durableId="851988038">
    <w:abstractNumId w:val="5"/>
  </w:num>
  <w:num w:numId="4" w16cid:durableId="1932423386">
    <w:abstractNumId w:val="4"/>
  </w:num>
  <w:num w:numId="5" w16cid:durableId="665595892">
    <w:abstractNumId w:val="7"/>
  </w:num>
  <w:num w:numId="6" w16cid:durableId="770201408">
    <w:abstractNumId w:val="3"/>
  </w:num>
  <w:num w:numId="7" w16cid:durableId="1611204640">
    <w:abstractNumId w:val="2"/>
  </w:num>
  <w:num w:numId="8" w16cid:durableId="848563105">
    <w:abstractNumId w:val="1"/>
  </w:num>
  <w:num w:numId="9" w16cid:durableId="671224652">
    <w:abstractNumId w:val="0"/>
  </w:num>
  <w:num w:numId="10" w16cid:durableId="1147429080">
    <w:abstractNumId w:val="10"/>
  </w:num>
  <w:num w:numId="11" w16cid:durableId="1195729019">
    <w:abstractNumId w:val="9"/>
  </w:num>
  <w:num w:numId="12" w16cid:durableId="3767075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0e2ea,#f3f9f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DBF"/>
    <w:rsid w:val="000239C3"/>
    <w:rsid w:val="00034616"/>
    <w:rsid w:val="0006063C"/>
    <w:rsid w:val="000915B1"/>
    <w:rsid w:val="000D046E"/>
    <w:rsid w:val="00101C2A"/>
    <w:rsid w:val="0011437B"/>
    <w:rsid w:val="00115DCC"/>
    <w:rsid w:val="001248F5"/>
    <w:rsid w:val="00136F57"/>
    <w:rsid w:val="0015074B"/>
    <w:rsid w:val="00155017"/>
    <w:rsid w:val="00161E07"/>
    <w:rsid w:val="00183298"/>
    <w:rsid w:val="001C1EFD"/>
    <w:rsid w:val="001D459F"/>
    <w:rsid w:val="001D52F3"/>
    <w:rsid w:val="00223284"/>
    <w:rsid w:val="0024382A"/>
    <w:rsid w:val="00250A3F"/>
    <w:rsid w:val="0029639D"/>
    <w:rsid w:val="002B3F7C"/>
    <w:rsid w:val="002E5022"/>
    <w:rsid w:val="00314866"/>
    <w:rsid w:val="00326F90"/>
    <w:rsid w:val="00363B9D"/>
    <w:rsid w:val="00367156"/>
    <w:rsid w:val="00383FED"/>
    <w:rsid w:val="003A2192"/>
    <w:rsid w:val="003A5E03"/>
    <w:rsid w:val="003C33E1"/>
    <w:rsid w:val="003E2068"/>
    <w:rsid w:val="004808E4"/>
    <w:rsid w:val="004A00FC"/>
    <w:rsid w:val="004A3D5C"/>
    <w:rsid w:val="004A5BB6"/>
    <w:rsid w:val="004D26CA"/>
    <w:rsid w:val="004D7121"/>
    <w:rsid w:val="004E05B8"/>
    <w:rsid w:val="004E220C"/>
    <w:rsid w:val="004F0C60"/>
    <w:rsid w:val="00503082"/>
    <w:rsid w:val="00524D08"/>
    <w:rsid w:val="0053721E"/>
    <w:rsid w:val="00551DAC"/>
    <w:rsid w:val="0056203F"/>
    <w:rsid w:val="00581D1B"/>
    <w:rsid w:val="00590F2C"/>
    <w:rsid w:val="005F66D0"/>
    <w:rsid w:val="00676CAB"/>
    <w:rsid w:val="006912AF"/>
    <w:rsid w:val="006958AD"/>
    <w:rsid w:val="006B3025"/>
    <w:rsid w:val="006D1276"/>
    <w:rsid w:val="006E13EF"/>
    <w:rsid w:val="007070F9"/>
    <w:rsid w:val="00713D28"/>
    <w:rsid w:val="007143ED"/>
    <w:rsid w:val="00732801"/>
    <w:rsid w:val="00746269"/>
    <w:rsid w:val="00785CA0"/>
    <w:rsid w:val="00786506"/>
    <w:rsid w:val="0079702D"/>
    <w:rsid w:val="007A2D2B"/>
    <w:rsid w:val="007A518B"/>
    <w:rsid w:val="007C27F6"/>
    <w:rsid w:val="007E3686"/>
    <w:rsid w:val="007E4716"/>
    <w:rsid w:val="008375F5"/>
    <w:rsid w:val="00841725"/>
    <w:rsid w:val="008803E7"/>
    <w:rsid w:val="008914C4"/>
    <w:rsid w:val="008C6055"/>
    <w:rsid w:val="008E7836"/>
    <w:rsid w:val="008F3B34"/>
    <w:rsid w:val="008F7E52"/>
    <w:rsid w:val="00931DF4"/>
    <w:rsid w:val="00936A72"/>
    <w:rsid w:val="009439EF"/>
    <w:rsid w:val="00987D44"/>
    <w:rsid w:val="00991DA3"/>
    <w:rsid w:val="00994B5F"/>
    <w:rsid w:val="009B1F95"/>
    <w:rsid w:val="009C496E"/>
    <w:rsid w:val="009D78D8"/>
    <w:rsid w:val="00A13DD9"/>
    <w:rsid w:val="00A21C72"/>
    <w:rsid w:val="00A47907"/>
    <w:rsid w:val="00A77362"/>
    <w:rsid w:val="00AA1D8D"/>
    <w:rsid w:val="00AD1E2A"/>
    <w:rsid w:val="00AE179E"/>
    <w:rsid w:val="00B025D1"/>
    <w:rsid w:val="00B05BD9"/>
    <w:rsid w:val="00B47730"/>
    <w:rsid w:val="00B535C4"/>
    <w:rsid w:val="00B80C4A"/>
    <w:rsid w:val="00B826B7"/>
    <w:rsid w:val="00B961CC"/>
    <w:rsid w:val="00BA0176"/>
    <w:rsid w:val="00BC480B"/>
    <w:rsid w:val="00BE20F8"/>
    <w:rsid w:val="00C00466"/>
    <w:rsid w:val="00C00E5D"/>
    <w:rsid w:val="00C34ACB"/>
    <w:rsid w:val="00C46BA8"/>
    <w:rsid w:val="00C46D01"/>
    <w:rsid w:val="00C754A9"/>
    <w:rsid w:val="00CB0664"/>
    <w:rsid w:val="00CB2B8F"/>
    <w:rsid w:val="00CC5B96"/>
    <w:rsid w:val="00D054AB"/>
    <w:rsid w:val="00D41482"/>
    <w:rsid w:val="00D44F21"/>
    <w:rsid w:val="00D53BDB"/>
    <w:rsid w:val="00D6025F"/>
    <w:rsid w:val="00D94D96"/>
    <w:rsid w:val="00DB6559"/>
    <w:rsid w:val="00E05AE9"/>
    <w:rsid w:val="00E2650E"/>
    <w:rsid w:val="00E473B2"/>
    <w:rsid w:val="00E91701"/>
    <w:rsid w:val="00E92434"/>
    <w:rsid w:val="00EF5BAB"/>
    <w:rsid w:val="00F0164D"/>
    <w:rsid w:val="00F5067A"/>
    <w:rsid w:val="00F57E4F"/>
    <w:rsid w:val="00F960B7"/>
    <w:rsid w:val="00FA0DE5"/>
    <w:rsid w:val="00FC693F"/>
    <w:rsid w:val="00FF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c0e2ea,#f3f9fb"/>
    </o:shapedefaults>
    <o:shapelayout v:ext="edit">
      <o:idmap v:ext="edit" data="2"/>
    </o:shapelayout>
  </w:shapeDefaults>
  <w:decimalSymbol w:val="."/>
  <w:listSeparator w:val=","/>
  <w14:docId w14:val="68B5B002"/>
  <w14:defaultImageDpi w14:val="300"/>
  <w15:docId w15:val="{B9662A21-23B1-9349-B12A-B30DCB89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FA0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A0D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4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highfile.com/terms-of-use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fonts.google.com/specimen/Style+Script?query=Style+Script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fonts.google.com/specimen/Style+Script?query=Style+Script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fonts.google.com/specimen/Comfortaa?query=com" TargetMode="External"/><Relationship Id="rId20" Type="http://schemas.openxmlformats.org/officeDocument/2006/relationships/hyperlink" Target="https://fonts.google.com/specimen/Comfortaa?query=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fonts.google.com/specimen/Waterfall?query=wat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fonts.google.com/specimen/Waterfall?query=w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ighfile.com/terms-of-use/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Muhammad Khalid Farooq</cp:lastModifiedBy>
  <cp:revision>7</cp:revision>
  <dcterms:created xsi:type="dcterms:W3CDTF">2024-10-03T16:24:00Z</dcterms:created>
  <dcterms:modified xsi:type="dcterms:W3CDTF">2024-11-25T16:05:00Z</dcterms:modified>
  <cp:category/>
</cp:coreProperties>
</file>