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FF9FF"/>
  <w:body>
    <w:p w14:paraId="1343A6A3" w14:textId="06FE6EC6" w:rsidR="008F7E52" w:rsidRPr="00B961CC" w:rsidRDefault="00DB4FCF" w:rsidP="00B961CC">
      <w:pPr>
        <w:pStyle w:val="Heading1"/>
        <w:tabs>
          <w:tab w:val="left" w:pos="3325"/>
        </w:tabs>
        <w:rPr>
          <w:rFonts w:ascii="Calibri" w:hAnsi="Calibri" w:cs="Calibri"/>
          <w:color w:val="FFFFFF" w:themeColor="background1"/>
          <w:sz w:val="2"/>
          <w:szCs w:val="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6527F3" wp14:editId="4627CE9A">
                <wp:simplePos x="0" y="0"/>
                <wp:positionH relativeFrom="margin">
                  <wp:align>center</wp:align>
                </wp:positionH>
                <wp:positionV relativeFrom="paragraph">
                  <wp:posOffset>316230</wp:posOffset>
                </wp:positionV>
                <wp:extent cx="5600700" cy="1828800"/>
                <wp:effectExtent l="0" t="0" r="0" b="0"/>
                <wp:wrapNone/>
                <wp:docPr id="41257801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5E5CA" w14:textId="1E6AD6D3" w:rsidR="00987D44" w:rsidRPr="00BD738F" w:rsidRDefault="00987D44" w:rsidP="00AD4D4F">
                            <w:pPr>
                              <w:spacing w:after="0" w:line="240" w:lineRule="auto"/>
                              <w:jc w:val="center"/>
                              <w:rPr>
                                <w:rFonts w:ascii="Berkshire Swash" w:hAnsi="Berkshire Swash"/>
                                <w:color w:val="C00000"/>
                                <w:sz w:val="200"/>
                                <w:szCs w:val="200"/>
                              </w:rPr>
                            </w:pPr>
                            <w:r w:rsidRPr="00BD738F">
                              <w:rPr>
                                <w:rFonts w:ascii="Berkshire Swash" w:hAnsi="Berkshire Swash"/>
                                <w:color w:val="C00000"/>
                                <w:sz w:val="200"/>
                                <w:szCs w:val="200"/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527F3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margin-left:0;margin-top:24.9pt;width:441pt;height:2in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dYGAIAAC8EAAAOAAAAZHJzL2Uyb0RvYy54bWysU02P2jAQvVfqf7B8L0kosD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" filled="f" stroked="f" strokeweight=".5pt">
                <v:textbox>
                  <w:txbxContent>
                    <w:p w14:paraId="2585E5CA" w14:textId="1E6AD6D3" w:rsidR="00987D44" w:rsidRPr="00BD738F" w:rsidRDefault="00987D44" w:rsidP="00AD4D4F">
                      <w:pPr>
                        <w:spacing w:after="0" w:line="240" w:lineRule="auto"/>
                        <w:jc w:val="center"/>
                        <w:rPr>
                          <w:rFonts w:ascii="Berkshire Swash" w:hAnsi="Berkshire Swash"/>
                          <w:color w:val="C00000"/>
                          <w:sz w:val="200"/>
                          <w:szCs w:val="200"/>
                        </w:rPr>
                      </w:pPr>
                      <w:r w:rsidRPr="00BD738F">
                        <w:rPr>
                          <w:rFonts w:ascii="Berkshire Swash" w:hAnsi="Berkshire Swash"/>
                          <w:color w:val="C00000"/>
                          <w:sz w:val="200"/>
                          <w:szCs w:val="200"/>
                        </w:rPr>
                        <w:t>Christmas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38F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813888" behindDoc="1" locked="0" layoutInCell="1" allowOverlap="1" wp14:anchorId="279617DC" wp14:editId="1AE6CF80">
            <wp:simplePos x="0" y="0"/>
            <wp:positionH relativeFrom="rightMargin">
              <wp:posOffset>-4143375</wp:posOffset>
            </wp:positionH>
            <wp:positionV relativeFrom="page">
              <wp:posOffset>250241</wp:posOffset>
            </wp:positionV>
            <wp:extent cx="619125" cy="619125"/>
            <wp:effectExtent l="0" t="0" r="0" b="0"/>
            <wp:wrapNone/>
            <wp:docPr id="824918812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8F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74976" behindDoc="1" locked="0" layoutInCell="1" allowOverlap="1" wp14:anchorId="6489108C" wp14:editId="36F0A7A5">
            <wp:simplePos x="0" y="0"/>
            <wp:positionH relativeFrom="margin">
              <wp:posOffset>-1408670</wp:posOffset>
            </wp:positionH>
            <wp:positionV relativeFrom="page">
              <wp:posOffset>-653913</wp:posOffset>
            </wp:positionV>
            <wp:extent cx="1935892" cy="1935892"/>
            <wp:effectExtent l="0" t="0" r="0" b="0"/>
            <wp:wrapNone/>
            <wp:docPr id="73056612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892" cy="193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8F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85216" behindDoc="1" locked="0" layoutInCell="1" allowOverlap="1" wp14:anchorId="154B03A4" wp14:editId="495C2621">
            <wp:simplePos x="0" y="0"/>
            <wp:positionH relativeFrom="rightMargin">
              <wp:posOffset>-2557420</wp:posOffset>
            </wp:positionH>
            <wp:positionV relativeFrom="margin">
              <wp:align>top</wp:align>
            </wp:positionV>
            <wp:extent cx="856735" cy="856735"/>
            <wp:effectExtent l="0" t="0" r="0" b="0"/>
            <wp:wrapNone/>
            <wp:docPr id="679265743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89" cy="85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8F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70880" behindDoc="1" locked="0" layoutInCell="1" allowOverlap="1" wp14:anchorId="696C74CF" wp14:editId="6F2F9AE0">
            <wp:simplePos x="0" y="0"/>
            <wp:positionH relativeFrom="page">
              <wp:posOffset>5230701</wp:posOffset>
            </wp:positionH>
            <wp:positionV relativeFrom="page">
              <wp:posOffset>-297094</wp:posOffset>
            </wp:positionV>
            <wp:extent cx="2537220" cy="2537220"/>
            <wp:effectExtent l="0" t="0" r="0" b="0"/>
            <wp:wrapNone/>
            <wp:docPr id="1021688182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20" cy="253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CC">
        <w:rPr>
          <w:rFonts w:ascii="Calibri" w:hAnsi="Calibri" w:cs="Calibri"/>
          <w:color w:val="FFFFFF" w:themeColor="background1"/>
          <w:sz w:val="2"/>
          <w:szCs w:val="2"/>
        </w:rPr>
        <w:tab/>
      </w:r>
    </w:p>
    <w:p w14:paraId="612E8514" w14:textId="4FEB0A7E" w:rsidR="00713D28" w:rsidRDefault="00713D28" w:rsidP="006B3025">
      <w:pPr>
        <w:tabs>
          <w:tab w:val="left" w:pos="5501"/>
        </w:tabs>
        <w:rPr>
          <w:rFonts w:ascii="Calibri" w:hAnsi="Calibri" w:cs="Calibri"/>
        </w:rPr>
      </w:pPr>
    </w:p>
    <w:p w14:paraId="2D1324B6" w14:textId="5DCE9660" w:rsidR="00713D28" w:rsidRPr="00713D28" w:rsidRDefault="00BD738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77024" behindDoc="1" locked="0" layoutInCell="1" allowOverlap="1" wp14:anchorId="11603AFB" wp14:editId="105569E1">
            <wp:simplePos x="0" y="0"/>
            <wp:positionH relativeFrom="leftMargin">
              <wp:posOffset>-139563</wp:posOffset>
            </wp:positionH>
            <wp:positionV relativeFrom="page">
              <wp:posOffset>1095221</wp:posOffset>
            </wp:positionV>
            <wp:extent cx="1625429" cy="1625429"/>
            <wp:effectExtent l="0" t="0" r="0" b="0"/>
            <wp:wrapNone/>
            <wp:docPr id="1025976131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429" cy="1625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D001A" w14:textId="0FE09C8A" w:rsidR="00713D28" w:rsidRPr="00713D28" w:rsidRDefault="00713D28" w:rsidP="00713D28">
      <w:pPr>
        <w:rPr>
          <w:rFonts w:ascii="Calibri" w:hAnsi="Calibri" w:cs="Calibri"/>
        </w:rPr>
      </w:pPr>
    </w:p>
    <w:p w14:paraId="671CDDA2" w14:textId="4E03FA0D" w:rsidR="00713D28" w:rsidRPr="00713D28" w:rsidRDefault="00AD4D4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595774" behindDoc="1" locked="0" layoutInCell="1" allowOverlap="1" wp14:anchorId="1B988097" wp14:editId="600A95F5">
                <wp:simplePos x="0" y="0"/>
                <wp:positionH relativeFrom="margin">
                  <wp:align>center</wp:align>
                </wp:positionH>
                <wp:positionV relativeFrom="paragraph">
                  <wp:posOffset>81280</wp:posOffset>
                </wp:positionV>
                <wp:extent cx="5924550" cy="8020050"/>
                <wp:effectExtent l="57150" t="76200" r="57150" b="57150"/>
                <wp:wrapNone/>
                <wp:docPr id="142377263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8020050"/>
                        </a:xfrm>
                        <a:custGeom>
                          <a:avLst/>
                          <a:gdLst>
                            <a:gd name="connsiteX0" fmla="*/ 0 w 5924550"/>
                            <a:gd name="connsiteY0" fmla="*/ 987445 h 8020050"/>
                            <a:gd name="connsiteX1" fmla="*/ 987445 w 5924550"/>
                            <a:gd name="connsiteY1" fmla="*/ 0 h 8020050"/>
                            <a:gd name="connsiteX2" fmla="*/ 4937105 w 5924550"/>
                            <a:gd name="connsiteY2" fmla="*/ 0 h 8020050"/>
                            <a:gd name="connsiteX3" fmla="*/ 5924550 w 5924550"/>
                            <a:gd name="connsiteY3" fmla="*/ 987445 h 8020050"/>
                            <a:gd name="connsiteX4" fmla="*/ 5924550 w 5924550"/>
                            <a:gd name="connsiteY4" fmla="*/ 7032605 h 8020050"/>
                            <a:gd name="connsiteX5" fmla="*/ 4937105 w 5924550"/>
                            <a:gd name="connsiteY5" fmla="*/ 8020050 h 8020050"/>
                            <a:gd name="connsiteX6" fmla="*/ 987445 w 5924550"/>
                            <a:gd name="connsiteY6" fmla="*/ 8020050 h 8020050"/>
                            <a:gd name="connsiteX7" fmla="*/ 0 w 5924550"/>
                            <a:gd name="connsiteY7" fmla="*/ 7032605 h 8020050"/>
                            <a:gd name="connsiteX8" fmla="*/ 0 w 5924550"/>
                            <a:gd name="connsiteY8" fmla="*/ 987445 h 802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924550" h="8020050" fill="none" extrusionOk="0">
                              <a:moveTo>
                                <a:pt x="0" y="987445"/>
                              </a:moveTo>
                              <a:cubicBezTo>
                                <a:pt x="-5631" y="433102"/>
                                <a:pt x="340561" y="-25927"/>
                                <a:pt x="987445" y="0"/>
                              </a:cubicBezTo>
                              <a:cubicBezTo>
                                <a:pt x="2284208" y="140004"/>
                                <a:pt x="2982360" y="-103310"/>
                                <a:pt x="4937105" y="0"/>
                              </a:cubicBezTo>
                              <a:cubicBezTo>
                                <a:pt x="5560450" y="-55010"/>
                                <a:pt x="5909807" y="406926"/>
                                <a:pt x="5924550" y="987445"/>
                              </a:cubicBezTo>
                              <a:cubicBezTo>
                                <a:pt x="5960828" y="3217858"/>
                                <a:pt x="5924325" y="4923299"/>
                                <a:pt x="5924550" y="7032605"/>
                              </a:cubicBezTo>
                              <a:cubicBezTo>
                                <a:pt x="5831948" y="7559578"/>
                                <a:pt x="5407151" y="7983717"/>
                                <a:pt x="4937105" y="8020050"/>
                              </a:cubicBezTo>
                              <a:cubicBezTo>
                                <a:pt x="4172442" y="7910461"/>
                                <a:pt x="2480109" y="8039287"/>
                                <a:pt x="987445" y="8020050"/>
                              </a:cubicBezTo>
                              <a:cubicBezTo>
                                <a:pt x="402032" y="8044431"/>
                                <a:pt x="-54881" y="7618469"/>
                                <a:pt x="0" y="7032605"/>
                              </a:cubicBezTo>
                              <a:cubicBezTo>
                                <a:pt x="28557" y="5781046"/>
                                <a:pt x="41554" y="2971970"/>
                                <a:pt x="0" y="987445"/>
                              </a:cubicBezTo>
                              <a:close/>
                            </a:path>
                            <a:path w="5924550" h="8020050" stroke="0" extrusionOk="0">
                              <a:moveTo>
                                <a:pt x="0" y="987445"/>
                              </a:moveTo>
                              <a:cubicBezTo>
                                <a:pt x="-8234" y="466776"/>
                                <a:pt x="426065" y="34206"/>
                                <a:pt x="987445" y="0"/>
                              </a:cubicBezTo>
                              <a:cubicBezTo>
                                <a:pt x="1760197" y="41361"/>
                                <a:pt x="4046311" y="-3555"/>
                                <a:pt x="4937105" y="0"/>
                              </a:cubicBezTo>
                              <a:cubicBezTo>
                                <a:pt x="5455841" y="71615"/>
                                <a:pt x="5911638" y="480774"/>
                                <a:pt x="5924550" y="987445"/>
                              </a:cubicBezTo>
                              <a:cubicBezTo>
                                <a:pt x="6091077" y="2047514"/>
                                <a:pt x="5754670" y="6362904"/>
                                <a:pt x="5924550" y="7032605"/>
                              </a:cubicBezTo>
                              <a:cubicBezTo>
                                <a:pt x="5991827" y="7662568"/>
                                <a:pt x="5400893" y="8068969"/>
                                <a:pt x="4937105" y="8020050"/>
                              </a:cubicBezTo>
                              <a:cubicBezTo>
                                <a:pt x="3936606" y="8100347"/>
                                <a:pt x="1552330" y="7950372"/>
                                <a:pt x="987445" y="8020050"/>
                              </a:cubicBezTo>
                              <a:cubicBezTo>
                                <a:pt x="460420" y="7972235"/>
                                <a:pt x="6649" y="7577017"/>
                                <a:pt x="0" y="7032605"/>
                              </a:cubicBezTo>
                              <a:cubicBezTo>
                                <a:pt x="-90918" y="5712880"/>
                                <a:pt x="161764" y="2871006"/>
                                <a:pt x="0" y="98744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7620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51254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C6B78" id="Rectangle: Rounded Corners 26" o:spid="_x0000_s1026" style="position:absolute;margin-left:0;margin-top:6.4pt;width:466.5pt;height:631.5pt;z-index:-25172070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" fillcolor="white [3212]" strokecolor="white [3212]" strokeweight="6pt">
                <w10:wrap anchorx="margin"/>
              </v:roundrect>
            </w:pict>
          </mc:Fallback>
        </mc:AlternateContent>
      </w:r>
    </w:p>
    <w:p w14:paraId="23E2C9B5" w14:textId="02DE40CF" w:rsidR="00713D28" w:rsidRPr="00713D28" w:rsidRDefault="0028442B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E416B3" wp14:editId="206381A8">
                <wp:simplePos x="0" y="0"/>
                <wp:positionH relativeFrom="margin">
                  <wp:posOffset>297180</wp:posOffset>
                </wp:positionH>
                <wp:positionV relativeFrom="paragraph">
                  <wp:posOffset>92075</wp:posOffset>
                </wp:positionV>
                <wp:extent cx="4676775" cy="781050"/>
                <wp:effectExtent l="0" t="0" r="0" b="0"/>
                <wp:wrapNone/>
                <wp:docPr id="86954658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50F09" w14:textId="3775FB56" w:rsidR="00987D44" w:rsidRPr="00996A31" w:rsidRDefault="00987D44" w:rsidP="00996A31">
                            <w:pPr>
                              <w:spacing w:after="0" w:line="240" w:lineRule="auto"/>
                              <w:jc w:val="center"/>
                              <w:rPr>
                                <w:rFonts w:ascii="Julius Sans One" w:hAnsi="Julius Sans One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996A31">
                              <w:rPr>
                                <w:rFonts w:ascii="Julius Sans One" w:hAnsi="Julius Sans One"/>
                                <w:color w:val="C00000"/>
                                <w:sz w:val="72"/>
                                <w:szCs w:val="72"/>
                              </w:rPr>
                              <w:t>To Do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16B3" id="_x0000_s1027" type="#_x0000_t202" style="position:absolute;margin-left:23.4pt;margin-top:7.25pt;width:368.25pt;height:61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" filled="f" stroked="f" strokeweight=".5pt">
                <v:textbox>
                  <w:txbxContent>
                    <w:p w14:paraId="21450F09" w14:textId="3775FB56" w:rsidR="00987D44" w:rsidRPr="00996A31" w:rsidRDefault="00987D44" w:rsidP="00996A31">
                      <w:pPr>
                        <w:spacing w:after="0" w:line="240" w:lineRule="auto"/>
                        <w:jc w:val="center"/>
                        <w:rPr>
                          <w:rFonts w:ascii="Julius Sans One" w:hAnsi="Julius Sans One"/>
                          <w:color w:val="C00000"/>
                          <w:sz w:val="72"/>
                          <w:szCs w:val="72"/>
                        </w:rPr>
                      </w:pPr>
                      <w:r w:rsidRPr="00996A31">
                        <w:rPr>
                          <w:rFonts w:ascii="Julius Sans One" w:hAnsi="Julius Sans One"/>
                          <w:color w:val="C00000"/>
                          <w:sz w:val="72"/>
                          <w:szCs w:val="72"/>
                        </w:rPr>
                        <w:t>To Do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A4244" w14:textId="3BF9C74A" w:rsidR="00713D28" w:rsidRPr="00713D28" w:rsidRDefault="00713D28" w:rsidP="00713D28">
      <w:pPr>
        <w:rPr>
          <w:rFonts w:ascii="Calibri" w:hAnsi="Calibri" w:cs="Calibri"/>
        </w:rPr>
      </w:pPr>
    </w:p>
    <w:p w14:paraId="65F1BAED" w14:textId="0A09C8E0" w:rsidR="00713D28" w:rsidRPr="00713D28" w:rsidRDefault="00AD4D4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8D9061B" wp14:editId="6E60F7F0">
                <wp:simplePos x="0" y="0"/>
                <wp:positionH relativeFrom="margin">
                  <wp:posOffset>-213995</wp:posOffset>
                </wp:positionH>
                <wp:positionV relativeFrom="paragraph">
                  <wp:posOffset>264795</wp:posOffset>
                </wp:positionV>
                <wp:extent cx="5514975" cy="600075"/>
                <wp:effectExtent l="0" t="19050" r="47625" b="47625"/>
                <wp:wrapNone/>
                <wp:docPr id="122593977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495215946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3382749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3CA72E23" w14:textId="77777777" w:rsidR="00AD4D4F" w:rsidRPr="00987D44" w:rsidRDefault="00AD4D4F" w:rsidP="00AD4D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542807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100015 h 600075"/>
                              <a:gd name="connsiteX1" fmla="*/ 100015 w 4819650"/>
                              <a:gd name="connsiteY1" fmla="*/ 0 h 600075"/>
                              <a:gd name="connsiteX2" fmla="*/ 806157 w 4819650"/>
                              <a:gd name="connsiteY2" fmla="*/ 0 h 600075"/>
                              <a:gd name="connsiteX3" fmla="*/ 1558495 w 4819650"/>
                              <a:gd name="connsiteY3" fmla="*/ 0 h 600075"/>
                              <a:gd name="connsiteX4" fmla="*/ 2264637 w 4819650"/>
                              <a:gd name="connsiteY4" fmla="*/ 0 h 600075"/>
                              <a:gd name="connsiteX5" fmla="*/ 2878386 w 4819650"/>
                              <a:gd name="connsiteY5" fmla="*/ 0 h 600075"/>
                              <a:gd name="connsiteX6" fmla="*/ 3445940 w 4819650"/>
                              <a:gd name="connsiteY6" fmla="*/ 0 h 600075"/>
                              <a:gd name="connsiteX7" fmla="*/ 4105885 w 4819650"/>
                              <a:gd name="connsiteY7" fmla="*/ 0 h 600075"/>
                              <a:gd name="connsiteX8" fmla="*/ 4719635 w 4819650"/>
                              <a:gd name="connsiteY8" fmla="*/ 0 h 600075"/>
                              <a:gd name="connsiteX9" fmla="*/ 4819650 w 4819650"/>
                              <a:gd name="connsiteY9" fmla="*/ 100015 h 600075"/>
                              <a:gd name="connsiteX10" fmla="*/ 4819650 w 4819650"/>
                              <a:gd name="connsiteY10" fmla="*/ 500060 h 600075"/>
                              <a:gd name="connsiteX11" fmla="*/ 4719635 w 4819650"/>
                              <a:gd name="connsiteY11" fmla="*/ 600075 h 600075"/>
                              <a:gd name="connsiteX12" fmla="*/ 4105885 w 4819650"/>
                              <a:gd name="connsiteY12" fmla="*/ 600075 h 600075"/>
                              <a:gd name="connsiteX13" fmla="*/ 3584528 w 4819650"/>
                              <a:gd name="connsiteY13" fmla="*/ 600075 h 600075"/>
                              <a:gd name="connsiteX14" fmla="*/ 2924583 w 4819650"/>
                              <a:gd name="connsiteY14" fmla="*/ 600075 h 600075"/>
                              <a:gd name="connsiteX15" fmla="*/ 2403226 w 4819650"/>
                              <a:gd name="connsiteY15" fmla="*/ 600075 h 600075"/>
                              <a:gd name="connsiteX16" fmla="*/ 1697084 w 4819650"/>
                              <a:gd name="connsiteY16" fmla="*/ 600075 h 600075"/>
                              <a:gd name="connsiteX17" fmla="*/ 1129530 w 4819650"/>
                              <a:gd name="connsiteY17" fmla="*/ 600075 h 600075"/>
                              <a:gd name="connsiteX18" fmla="*/ 100015 w 4819650"/>
                              <a:gd name="connsiteY18" fmla="*/ 600075 h 600075"/>
                              <a:gd name="connsiteX19" fmla="*/ 0 w 4819650"/>
                              <a:gd name="connsiteY19" fmla="*/ 500060 h 600075"/>
                              <a:gd name="connsiteX20" fmla="*/ 0 w 4819650"/>
                              <a:gd name="connsiteY20" fmla="*/ 100015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100015"/>
                                </a:moveTo>
                                <a:cubicBezTo>
                                  <a:pt x="-1443" y="37595"/>
                                  <a:pt x="47161" y="-2435"/>
                                  <a:pt x="100015" y="0"/>
                                </a:cubicBezTo>
                                <a:cubicBezTo>
                                  <a:pt x="353063" y="-21532"/>
                                  <a:pt x="483994" y="-13047"/>
                                  <a:pt x="806157" y="0"/>
                                </a:cubicBezTo>
                                <a:cubicBezTo>
                                  <a:pt x="1128320" y="13047"/>
                                  <a:pt x="1187044" y="-16537"/>
                                  <a:pt x="1558495" y="0"/>
                                </a:cubicBezTo>
                                <a:cubicBezTo>
                                  <a:pt x="1929946" y="16537"/>
                                  <a:pt x="2115697" y="-16757"/>
                                  <a:pt x="2264637" y="0"/>
                                </a:cubicBezTo>
                                <a:cubicBezTo>
                                  <a:pt x="2413577" y="16757"/>
                                  <a:pt x="2657944" y="13624"/>
                                  <a:pt x="2878386" y="0"/>
                                </a:cubicBezTo>
                                <a:cubicBezTo>
                                  <a:pt x="3098828" y="-13624"/>
                                  <a:pt x="3300869" y="-4189"/>
                                  <a:pt x="3445940" y="0"/>
                                </a:cubicBezTo>
                                <a:cubicBezTo>
                                  <a:pt x="3591011" y="4189"/>
                                  <a:pt x="3938518" y="18665"/>
                                  <a:pt x="4105885" y="0"/>
                                </a:cubicBezTo>
                                <a:cubicBezTo>
                                  <a:pt x="4273252" y="-18665"/>
                                  <a:pt x="4457581" y="-21752"/>
                                  <a:pt x="4719635" y="0"/>
                                </a:cubicBezTo>
                                <a:cubicBezTo>
                                  <a:pt x="4774868" y="2234"/>
                                  <a:pt x="4824931" y="38153"/>
                                  <a:pt x="4819650" y="100015"/>
                                </a:cubicBezTo>
                                <a:cubicBezTo>
                                  <a:pt x="4802757" y="276832"/>
                                  <a:pt x="4818655" y="351641"/>
                                  <a:pt x="4819650" y="500060"/>
                                </a:cubicBezTo>
                                <a:cubicBezTo>
                                  <a:pt x="4820788" y="558263"/>
                                  <a:pt x="4766488" y="602798"/>
                                  <a:pt x="4719635" y="600075"/>
                                </a:cubicBezTo>
                                <a:cubicBezTo>
                                  <a:pt x="4516181" y="595431"/>
                                  <a:pt x="4311247" y="570452"/>
                                  <a:pt x="4105885" y="600075"/>
                                </a:cubicBezTo>
                                <a:cubicBezTo>
                                  <a:pt x="3900523" y="629699"/>
                                  <a:pt x="3741098" y="609990"/>
                                  <a:pt x="3584528" y="600075"/>
                                </a:cubicBezTo>
                                <a:cubicBezTo>
                                  <a:pt x="3427958" y="590160"/>
                                  <a:pt x="3229840" y="613263"/>
                                  <a:pt x="2924583" y="600075"/>
                                </a:cubicBezTo>
                                <a:cubicBezTo>
                                  <a:pt x="2619326" y="586887"/>
                                  <a:pt x="2643075" y="613659"/>
                                  <a:pt x="2403226" y="600075"/>
                                </a:cubicBezTo>
                                <a:cubicBezTo>
                                  <a:pt x="2163377" y="586491"/>
                                  <a:pt x="1882549" y="598166"/>
                                  <a:pt x="1697084" y="600075"/>
                                </a:cubicBezTo>
                                <a:cubicBezTo>
                                  <a:pt x="1511619" y="601984"/>
                                  <a:pt x="1276187" y="583170"/>
                                  <a:pt x="1129530" y="600075"/>
                                </a:cubicBezTo>
                                <a:cubicBezTo>
                                  <a:pt x="982873" y="616980"/>
                                  <a:pt x="362721" y="589131"/>
                                  <a:pt x="100015" y="600075"/>
                                </a:cubicBezTo>
                                <a:cubicBezTo>
                                  <a:pt x="41116" y="600574"/>
                                  <a:pt x="1292" y="561229"/>
                                  <a:pt x="0" y="500060"/>
                                </a:cubicBezTo>
                                <a:cubicBezTo>
                                  <a:pt x="-11346" y="306428"/>
                                  <a:pt x="-12036" y="246262"/>
                                  <a:pt x="0" y="100015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100015"/>
                                </a:moveTo>
                                <a:cubicBezTo>
                                  <a:pt x="-8895" y="52222"/>
                                  <a:pt x="48767" y="-10303"/>
                                  <a:pt x="100015" y="0"/>
                                </a:cubicBezTo>
                                <a:cubicBezTo>
                                  <a:pt x="325425" y="-7357"/>
                                  <a:pt x="375451" y="-24814"/>
                                  <a:pt x="621372" y="0"/>
                                </a:cubicBezTo>
                                <a:cubicBezTo>
                                  <a:pt x="867293" y="24814"/>
                                  <a:pt x="1025756" y="-23799"/>
                                  <a:pt x="1188925" y="0"/>
                                </a:cubicBezTo>
                                <a:cubicBezTo>
                                  <a:pt x="1352094" y="23799"/>
                                  <a:pt x="1747867" y="-7489"/>
                                  <a:pt x="1895067" y="0"/>
                                </a:cubicBezTo>
                                <a:cubicBezTo>
                                  <a:pt x="2042267" y="7489"/>
                                  <a:pt x="2298531" y="31779"/>
                                  <a:pt x="2555013" y="0"/>
                                </a:cubicBezTo>
                                <a:cubicBezTo>
                                  <a:pt x="2811495" y="-31779"/>
                                  <a:pt x="2892236" y="848"/>
                                  <a:pt x="3076370" y="0"/>
                                </a:cubicBezTo>
                                <a:cubicBezTo>
                                  <a:pt x="3260504" y="-848"/>
                                  <a:pt x="3499296" y="-18219"/>
                                  <a:pt x="3690120" y="0"/>
                                </a:cubicBezTo>
                                <a:cubicBezTo>
                                  <a:pt x="3880944" y="18219"/>
                                  <a:pt x="4376550" y="-24050"/>
                                  <a:pt x="4719635" y="0"/>
                                </a:cubicBezTo>
                                <a:cubicBezTo>
                                  <a:pt x="4783111" y="-2375"/>
                                  <a:pt x="4810029" y="44904"/>
                                  <a:pt x="4819650" y="100015"/>
                                </a:cubicBezTo>
                                <a:cubicBezTo>
                                  <a:pt x="4813828" y="242141"/>
                                  <a:pt x="4818543" y="400654"/>
                                  <a:pt x="4819650" y="500060"/>
                                </a:cubicBezTo>
                                <a:cubicBezTo>
                                  <a:pt x="4820359" y="561410"/>
                                  <a:pt x="4781921" y="602930"/>
                                  <a:pt x="4719635" y="600075"/>
                                </a:cubicBezTo>
                                <a:cubicBezTo>
                                  <a:pt x="4508947" y="605037"/>
                                  <a:pt x="4266396" y="624666"/>
                                  <a:pt x="4152082" y="600075"/>
                                </a:cubicBezTo>
                                <a:cubicBezTo>
                                  <a:pt x="4037768" y="575484"/>
                                  <a:pt x="3620851" y="622689"/>
                                  <a:pt x="3445940" y="600075"/>
                                </a:cubicBezTo>
                                <a:cubicBezTo>
                                  <a:pt x="3271029" y="577461"/>
                                  <a:pt x="3063657" y="598052"/>
                                  <a:pt x="2924583" y="600075"/>
                                </a:cubicBezTo>
                                <a:cubicBezTo>
                                  <a:pt x="2785509" y="602098"/>
                                  <a:pt x="2446378" y="575023"/>
                                  <a:pt x="2310833" y="600075"/>
                                </a:cubicBezTo>
                                <a:cubicBezTo>
                                  <a:pt x="2175288" y="625128"/>
                                  <a:pt x="1937874" y="618568"/>
                                  <a:pt x="1789476" y="600075"/>
                                </a:cubicBezTo>
                                <a:cubicBezTo>
                                  <a:pt x="1641078" y="581582"/>
                                  <a:pt x="1473688" y="594335"/>
                                  <a:pt x="1175727" y="600075"/>
                                </a:cubicBezTo>
                                <a:cubicBezTo>
                                  <a:pt x="877766" y="605815"/>
                                  <a:pt x="614581" y="615202"/>
                                  <a:pt x="100015" y="600075"/>
                                </a:cubicBezTo>
                                <a:cubicBezTo>
                                  <a:pt x="41933" y="612260"/>
                                  <a:pt x="-13786" y="555575"/>
                                  <a:pt x="0" y="500060"/>
                                </a:cubicBezTo>
                                <a:cubicBezTo>
                                  <a:pt x="-18482" y="380639"/>
                                  <a:pt x="12333" y="189113"/>
                                  <a:pt x="0" y="1000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B141692" w14:textId="2C1C0BD6" w:rsidR="00AD4D4F" w:rsidRPr="00F36744" w:rsidRDefault="00AD4D4F" w:rsidP="00AD4D4F">
                              <w:pPr>
                                <w:spacing w:after="0" w:line="240" w:lineRule="auto"/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</w:pPr>
                              <w:r w:rsidRPr="00F36744"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  <w:t>Decorate the House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9061B" id="Group 122" o:spid="_x0000_s1028" style="position:absolute;margin-left:-16.85pt;margin-top:20.85pt;width:434.25pt;height:47.25pt;z-index:251797504;mso-position-horizontal-relative:margin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">
                <v:shape id="Text Box 120" o:spid="_x0000_s1029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3382749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3CA72E23" w14:textId="77777777" w:rsidR="00AD4D4F" w:rsidRPr="00987D44" w:rsidRDefault="00AD4D4F" w:rsidP="00AD4D4F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30" style="position:absolute;left:6953;width:48196;height:6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" fillcolor="white [3201]" strokecolor="#c00000" strokeweight=".5pt">
                  <v:textbox>
                    <w:txbxContent>
                      <w:p w14:paraId="7B141692" w14:textId="2C1C0BD6" w:rsidR="00AD4D4F" w:rsidRPr="00F36744" w:rsidRDefault="00AD4D4F" w:rsidP="00AD4D4F">
                        <w:pPr>
                          <w:spacing w:after="0" w:line="240" w:lineRule="auto"/>
                          <w:rPr>
                            <w:rFonts w:ascii="Bad Script" w:hAnsi="Bad Script"/>
                            <w:sz w:val="44"/>
                            <w:szCs w:val="44"/>
                          </w:rPr>
                        </w:pPr>
                        <w:r w:rsidRPr="00F36744">
                          <w:rPr>
                            <w:rFonts w:ascii="Bad Script" w:hAnsi="Bad Script"/>
                            <w:sz w:val="44"/>
                            <w:szCs w:val="44"/>
                          </w:rPr>
                          <w:t>Decorate the House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87264" behindDoc="1" locked="0" layoutInCell="1" allowOverlap="1" wp14:anchorId="4E9362A5" wp14:editId="1914B6F7">
            <wp:simplePos x="0" y="0"/>
            <wp:positionH relativeFrom="rightMargin">
              <wp:posOffset>-6365875</wp:posOffset>
            </wp:positionH>
            <wp:positionV relativeFrom="page">
              <wp:posOffset>2752725</wp:posOffset>
            </wp:positionV>
            <wp:extent cx="619125" cy="619125"/>
            <wp:effectExtent l="0" t="0" r="0" b="0"/>
            <wp:wrapNone/>
            <wp:docPr id="370931861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72928" behindDoc="1" locked="0" layoutInCell="1" allowOverlap="1" wp14:anchorId="38396709" wp14:editId="4ABBD01C">
            <wp:simplePos x="0" y="0"/>
            <wp:positionH relativeFrom="rightMargin">
              <wp:align>left</wp:align>
            </wp:positionH>
            <wp:positionV relativeFrom="page">
              <wp:posOffset>2295525</wp:posOffset>
            </wp:positionV>
            <wp:extent cx="1009650" cy="1009650"/>
            <wp:effectExtent l="0" t="0" r="0" b="0"/>
            <wp:wrapNone/>
            <wp:docPr id="1078489747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3FD56" w14:textId="47D371F7" w:rsidR="00713D28" w:rsidRPr="00713D28" w:rsidRDefault="00713D28" w:rsidP="00713D28">
      <w:pPr>
        <w:rPr>
          <w:rFonts w:ascii="Calibri" w:hAnsi="Calibri" w:cs="Calibri"/>
        </w:rPr>
      </w:pPr>
    </w:p>
    <w:p w14:paraId="1ADB5B38" w14:textId="42A6E261" w:rsidR="00713D28" w:rsidRPr="00713D28" w:rsidRDefault="00713D28" w:rsidP="00713D28">
      <w:pPr>
        <w:rPr>
          <w:rFonts w:ascii="Calibri" w:hAnsi="Calibri" w:cs="Calibri"/>
        </w:rPr>
      </w:pPr>
    </w:p>
    <w:p w14:paraId="01894DE1" w14:textId="67B693A9" w:rsidR="00713D28" w:rsidRPr="00713D28" w:rsidRDefault="00AD4D4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DF1D639" wp14:editId="222BACB9">
                <wp:simplePos x="0" y="0"/>
                <wp:positionH relativeFrom="margin">
                  <wp:posOffset>-213995</wp:posOffset>
                </wp:positionH>
                <wp:positionV relativeFrom="paragraph">
                  <wp:posOffset>86995</wp:posOffset>
                </wp:positionV>
                <wp:extent cx="5514975" cy="600075"/>
                <wp:effectExtent l="0" t="19050" r="47625" b="47625"/>
                <wp:wrapNone/>
                <wp:docPr id="534930277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951936700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85880975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103BF55C" w14:textId="77777777" w:rsidR="00AD4D4F" w:rsidRPr="00987D44" w:rsidRDefault="00AD4D4F" w:rsidP="00AD4D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8523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766477 w 4819650"/>
                              <a:gd name="connsiteY2" fmla="*/ 0 h 600075"/>
                              <a:gd name="connsiteX3" fmla="*/ 1537430 w 4819650"/>
                              <a:gd name="connsiteY3" fmla="*/ 0 h 600075"/>
                              <a:gd name="connsiteX4" fmla="*/ 2261045 w 4819650"/>
                              <a:gd name="connsiteY4" fmla="*/ 0 h 600075"/>
                              <a:gd name="connsiteX5" fmla="*/ 2889980 w 4819650"/>
                              <a:gd name="connsiteY5" fmla="*/ 0 h 600075"/>
                              <a:gd name="connsiteX6" fmla="*/ 3471577 w 4819650"/>
                              <a:gd name="connsiteY6" fmla="*/ 0 h 600075"/>
                              <a:gd name="connsiteX7" fmla="*/ 4147851 w 4819650"/>
                              <a:gd name="connsiteY7" fmla="*/ 0 h 600075"/>
                              <a:gd name="connsiteX8" fmla="*/ 4776787 w 4819650"/>
                              <a:gd name="connsiteY8" fmla="*/ 0 h 600075"/>
                              <a:gd name="connsiteX9" fmla="*/ 4819650 w 4819650"/>
                              <a:gd name="connsiteY9" fmla="*/ 42863 h 600075"/>
                              <a:gd name="connsiteX10" fmla="*/ 4819650 w 4819650"/>
                              <a:gd name="connsiteY10" fmla="*/ 557212 h 600075"/>
                              <a:gd name="connsiteX11" fmla="*/ 4776787 w 4819650"/>
                              <a:gd name="connsiteY11" fmla="*/ 600075 h 600075"/>
                              <a:gd name="connsiteX12" fmla="*/ 4147851 w 4819650"/>
                              <a:gd name="connsiteY12" fmla="*/ 600075 h 600075"/>
                              <a:gd name="connsiteX13" fmla="*/ 3613594 w 4819650"/>
                              <a:gd name="connsiteY13" fmla="*/ 600075 h 600075"/>
                              <a:gd name="connsiteX14" fmla="*/ 2937319 w 4819650"/>
                              <a:gd name="connsiteY14" fmla="*/ 600075 h 600075"/>
                              <a:gd name="connsiteX15" fmla="*/ 2403062 w 4819650"/>
                              <a:gd name="connsiteY15" fmla="*/ 600075 h 600075"/>
                              <a:gd name="connsiteX16" fmla="*/ 1679448 w 4819650"/>
                              <a:gd name="connsiteY16" fmla="*/ 600075 h 600075"/>
                              <a:gd name="connsiteX17" fmla="*/ 1097852 w 4819650"/>
                              <a:gd name="connsiteY17" fmla="*/ 600075 h 600075"/>
                              <a:gd name="connsiteX18" fmla="*/ 42863 w 4819650"/>
                              <a:gd name="connsiteY18" fmla="*/ 600075 h 600075"/>
                              <a:gd name="connsiteX19" fmla="*/ 0 w 4819650"/>
                              <a:gd name="connsiteY19" fmla="*/ 557212 h 600075"/>
                              <a:gd name="connsiteX20" fmla="*/ 0 w 4819650"/>
                              <a:gd name="connsiteY20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-742" y="15499"/>
                                  <a:pt x="19849" y="-673"/>
                                  <a:pt x="42863" y="0"/>
                                </a:cubicBezTo>
                                <a:cubicBezTo>
                                  <a:pt x="191021" y="32850"/>
                                  <a:pt x="455805" y="-12585"/>
                                  <a:pt x="766477" y="0"/>
                                </a:cubicBezTo>
                                <a:cubicBezTo>
                                  <a:pt x="1077149" y="12585"/>
                                  <a:pt x="1207241" y="-5751"/>
                                  <a:pt x="1537430" y="0"/>
                                </a:cubicBezTo>
                                <a:cubicBezTo>
                                  <a:pt x="1867619" y="5751"/>
                                  <a:pt x="1976488" y="19719"/>
                                  <a:pt x="2261045" y="0"/>
                                </a:cubicBezTo>
                                <a:cubicBezTo>
                                  <a:pt x="2545603" y="-19719"/>
                                  <a:pt x="2658414" y="1946"/>
                                  <a:pt x="2889980" y="0"/>
                                </a:cubicBezTo>
                                <a:cubicBezTo>
                                  <a:pt x="3121547" y="-1946"/>
                                  <a:pt x="3198971" y="663"/>
                                  <a:pt x="3471577" y="0"/>
                                </a:cubicBezTo>
                                <a:cubicBezTo>
                                  <a:pt x="3744183" y="-663"/>
                                  <a:pt x="3839274" y="-14105"/>
                                  <a:pt x="4147851" y="0"/>
                                </a:cubicBezTo>
                                <a:cubicBezTo>
                                  <a:pt x="4456428" y="14105"/>
                                  <a:pt x="4575789" y="-28636"/>
                                  <a:pt x="4776787" y="0"/>
                                </a:cubicBezTo>
                                <a:cubicBezTo>
                                  <a:pt x="4800453" y="3604"/>
                                  <a:pt x="4822671" y="15400"/>
                                  <a:pt x="4819650" y="42863"/>
                                </a:cubicBezTo>
                                <a:cubicBezTo>
                                  <a:pt x="4813652" y="224380"/>
                                  <a:pt x="4794656" y="333889"/>
                                  <a:pt x="4819650" y="557212"/>
                                </a:cubicBezTo>
                                <a:cubicBezTo>
                                  <a:pt x="4820108" y="582079"/>
                                  <a:pt x="4796765" y="601275"/>
                                  <a:pt x="4776787" y="600075"/>
                                </a:cubicBezTo>
                                <a:cubicBezTo>
                                  <a:pt x="4498577" y="594375"/>
                                  <a:pt x="4299066" y="608622"/>
                                  <a:pt x="4147851" y="600075"/>
                                </a:cubicBezTo>
                                <a:cubicBezTo>
                                  <a:pt x="3996636" y="591528"/>
                                  <a:pt x="3770779" y="614946"/>
                                  <a:pt x="3613594" y="600075"/>
                                </a:cubicBezTo>
                                <a:cubicBezTo>
                                  <a:pt x="3456409" y="585204"/>
                                  <a:pt x="3134325" y="585751"/>
                                  <a:pt x="2937319" y="600075"/>
                                </a:cubicBezTo>
                                <a:cubicBezTo>
                                  <a:pt x="2740313" y="614399"/>
                                  <a:pt x="2544774" y="576912"/>
                                  <a:pt x="2403062" y="600075"/>
                                </a:cubicBezTo>
                                <a:cubicBezTo>
                                  <a:pt x="2261350" y="623238"/>
                                  <a:pt x="1909360" y="620455"/>
                                  <a:pt x="1679448" y="600075"/>
                                </a:cubicBezTo>
                                <a:cubicBezTo>
                                  <a:pt x="1449536" y="579695"/>
                                  <a:pt x="1381090" y="625202"/>
                                  <a:pt x="1097852" y="600075"/>
                                </a:cubicBezTo>
                                <a:cubicBezTo>
                                  <a:pt x="814614" y="574948"/>
                                  <a:pt x="258878" y="622321"/>
                                  <a:pt x="42863" y="600075"/>
                                </a:cubicBezTo>
                                <a:cubicBezTo>
                                  <a:pt x="17907" y="600250"/>
                                  <a:pt x="206" y="581831"/>
                                  <a:pt x="0" y="557212"/>
                                </a:cubicBezTo>
                                <a:cubicBezTo>
                                  <a:pt x="22" y="306329"/>
                                  <a:pt x="24879" y="27179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4336" y="22818"/>
                                  <a:pt x="19847" y="-1696"/>
                                  <a:pt x="42863" y="0"/>
                                </a:cubicBezTo>
                                <a:cubicBezTo>
                                  <a:pt x="274922" y="-21681"/>
                                  <a:pt x="380593" y="-22829"/>
                                  <a:pt x="577120" y="0"/>
                                </a:cubicBezTo>
                                <a:cubicBezTo>
                                  <a:pt x="773647" y="22829"/>
                                  <a:pt x="880391" y="-16317"/>
                                  <a:pt x="1158717" y="0"/>
                                </a:cubicBezTo>
                                <a:cubicBezTo>
                                  <a:pt x="1437043" y="16317"/>
                                  <a:pt x="1723899" y="-26850"/>
                                  <a:pt x="1882331" y="0"/>
                                </a:cubicBezTo>
                                <a:cubicBezTo>
                                  <a:pt x="2040763" y="26850"/>
                                  <a:pt x="2233462" y="20182"/>
                                  <a:pt x="2558605" y="0"/>
                                </a:cubicBezTo>
                                <a:cubicBezTo>
                                  <a:pt x="2883748" y="-20182"/>
                                  <a:pt x="2954998" y="-15724"/>
                                  <a:pt x="3092863" y="0"/>
                                </a:cubicBezTo>
                                <a:cubicBezTo>
                                  <a:pt x="3230728" y="15724"/>
                                  <a:pt x="3527707" y="-13573"/>
                                  <a:pt x="3721798" y="0"/>
                                </a:cubicBezTo>
                                <a:cubicBezTo>
                                  <a:pt x="3915889" y="13573"/>
                                  <a:pt x="4454050" y="6739"/>
                                  <a:pt x="4776787" y="0"/>
                                </a:cubicBezTo>
                                <a:cubicBezTo>
                                  <a:pt x="4804672" y="-1214"/>
                                  <a:pt x="4816787" y="19227"/>
                                  <a:pt x="4819650" y="42863"/>
                                </a:cubicBezTo>
                                <a:cubicBezTo>
                                  <a:pt x="4825203" y="199714"/>
                                  <a:pt x="4799710" y="335577"/>
                                  <a:pt x="4819650" y="557212"/>
                                </a:cubicBezTo>
                                <a:cubicBezTo>
                                  <a:pt x="4820296" y="586448"/>
                                  <a:pt x="4804839" y="601849"/>
                                  <a:pt x="4776787" y="600075"/>
                                </a:cubicBezTo>
                                <a:cubicBezTo>
                                  <a:pt x="4653138" y="598708"/>
                                  <a:pt x="4409117" y="608247"/>
                                  <a:pt x="4195191" y="600075"/>
                                </a:cubicBezTo>
                                <a:cubicBezTo>
                                  <a:pt x="3981265" y="591903"/>
                                  <a:pt x="3638421" y="619504"/>
                                  <a:pt x="3471577" y="600075"/>
                                </a:cubicBezTo>
                                <a:cubicBezTo>
                                  <a:pt x="3304733" y="580646"/>
                                  <a:pt x="3158365" y="575939"/>
                                  <a:pt x="2937319" y="600075"/>
                                </a:cubicBezTo>
                                <a:cubicBezTo>
                                  <a:pt x="2716273" y="624211"/>
                                  <a:pt x="2518021" y="627110"/>
                                  <a:pt x="2308384" y="600075"/>
                                </a:cubicBezTo>
                                <a:cubicBezTo>
                                  <a:pt x="2098747" y="573040"/>
                                  <a:pt x="1965511" y="579337"/>
                                  <a:pt x="1774127" y="600075"/>
                                </a:cubicBezTo>
                                <a:cubicBezTo>
                                  <a:pt x="1582743" y="620813"/>
                                  <a:pt x="1358646" y="614558"/>
                                  <a:pt x="1145191" y="600075"/>
                                </a:cubicBezTo>
                                <a:cubicBezTo>
                                  <a:pt x="931736" y="585592"/>
                                  <a:pt x="508462" y="622218"/>
                                  <a:pt x="42863" y="600075"/>
                                </a:cubicBezTo>
                                <a:cubicBezTo>
                                  <a:pt x="18271" y="604011"/>
                                  <a:pt x="-5806" y="581002"/>
                                  <a:pt x="0" y="557212"/>
                                </a:cubicBezTo>
                                <a:cubicBezTo>
                                  <a:pt x="-16582" y="318204"/>
                                  <a:pt x="-4256" y="178194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F83F9BB" w14:textId="5621FBDA" w:rsidR="00AD4D4F" w:rsidRPr="00F36744" w:rsidRDefault="00AD4D4F" w:rsidP="00AD4D4F">
                              <w:pPr>
                                <w:spacing w:after="0" w:line="240" w:lineRule="auto"/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</w:pPr>
                              <w:r w:rsidRPr="00F36744"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  <w:t>Buy a Christmas Tree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1D639" id="_x0000_s1031" style="position:absolute;margin-left:-16.85pt;margin-top:6.85pt;width:434.25pt;height:47.25pt;z-index:251795456;mso-position-horizontal-relative:margin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">
                <v:shape id="Text Box 120" o:spid="_x0000_s1032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8588097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103BF55C" w14:textId="77777777" w:rsidR="00AD4D4F" w:rsidRPr="00987D44" w:rsidRDefault="00AD4D4F" w:rsidP="00AD4D4F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33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" fillcolor="white [3201]" strokecolor="#c00000" strokeweight=".5pt">
                  <v:textbox>
                    <w:txbxContent>
                      <w:p w14:paraId="2F83F9BB" w14:textId="5621FBDA" w:rsidR="00AD4D4F" w:rsidRPr="00F36744" w:rsidRDefault="00AD4D4F" w:rsidP="00AD4D4F">
                        <w:pPr>
                          <w:spacing w:after="0" w:line="240" w:lineRule="auto"/>
                          <w:rPr>
                            <w:rFonts w:ascii="Bad Script" w:hAnsi="Bad Script"/>
                            <w:sz w:val="44"/>
                            <w:szCs w:val="44"/>
                          </w:rPr>
                        </w:pPr>
                        <w:r w:rsidRPr="00F36744">
                          <w:rPr>
                            <w:rFonts w:ascii="Bad Script" w:hAnsi="Bad Script"/>
                            <w:sz w:val="44"/>
                            <w:szCs w:val="44"/>
                          </w:rPr>
                          <w:t>Buy a Christmas Tree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623B7D84" w14:textId="479E083A" w:rsidR="00713D28" w:rsidRPr="00713D28" w:rsidRDefault="00987D44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13536" behindDoc="1" locked="0" layoutInCell="1" allowOverlap="1" wp14:anchorId="6293A96E" wp14:editId="008DF3ED">
            <wp:simplePos x="0" y="0"/>
            <wp:positionH relativeFrom="margin">
              <wp:posOffset>3051429</wp:posOffset>
            </wp:positionH>
            <wp:positionV relativeFrom="page">
              <wp:posOffset>3755136</wp:posOffset>
            </wp:positionV>
            <wp:extent cx="390525" cy="390525"/>
            <wp:effectExtent l="0" t="0" r="9525" b="9525"/>
            <wp:wrapNone/>
            <wp:docPr id="1185160527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60527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ABC4F" w14:textId="6751AB36" w:rsidR="00713D28" w:rsidRPr="00713D28" w:rsidRDefault="00AD4D4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596799" behindDoc="0" locked="0" layoutInCell="1" allowOverlap="1" wp14:anchorId="1100ADD5" wp14:editId="1127C6D3">
                <wp:simplePos x="0" y="0"/>
                <wp:positionH relativeFrom="page">
                  <wp:posOffset>922020</wp:posOffset>
                </wp:positionH>
                <wp:positionV relativeFrom="paragraph">
                  <wp:posOffset>212090</wp:posOffset>
                </wp:positionV>
                <wp:extent cx="5514975" cy="600075"/>
                <wp:effectExtent l="0" t="19050" r="47625" b="47625"/>
                <wp:wrapNone/>
                <wp:docPr id="1075719356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603727146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16436518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2A5800FF" w14:textId="50B90241" w:rsidR="00987D44" w:rsidRPr="00987D44" w:rsidRDefault="00AD4D4F" w:rsidP="00987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194977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766477 w 4819650"/>
                              <a:gd name="connsiteY2" fmla="*/ 0 h 600075"/>
                              <a:gd name="connsiteX3" fmla="*/ 1537430 w 4819650"/>
                              <a:gd name="connsiteY3" fmla="*/ 0 h 600075"/>
                              <a:gd name="connsiteX4" fmla="*/ 2261045 w 4819650"/>
                              <a:gd name="connsiteY4" fmla="*/ 0 h 600075"/>
                              <a:gd name="connsiteX5" fmla="*/ 2889980 w 4819650"/>
                              <a:gd name="connsiteY5" fmla="*/ 0 h 600075"/>
                              <a:gd name="connsiteX6" fmla="*/ 3471577 w 4819650"/>
                              <a:gd name="connsiteY6" fmla="*/ 0 h 600075"/>
                              <a:gd name="connsiteX7" fmla="*/ 4147851 w 4819650"/>
                              <a:gd name="connsiteY7" fmla="*/ 0 h 600075"/>
                              <a:gd name="connsiteX8" fmla="*/ 4776787 w 4819650"/>
                              <a:gd name="connsiteY8" fmla="*/ 0 h 600075"/>
                              <a:gd name="connsiteX9" fmla="*/ 4819650 w 4819650"/>
                              <a:gd name="connsiteY9" fmla="*/ 42863 h 600075"/>
                              <a:gd name="connsiteX10" fmla="*/ 4819650 w 4819650"/>
                              <a:gd name="connsiteY10" fmla="*/ 557212 h 600075"/>
                              <a:gd name="connsiteX11" fmla="*/ 4776787 w 4819650"/>
                              <a:gd name="connsiteY11" fmla="*/ 600075 h 600075"/>
                              <a:gd name="connsiteX12" fmla="*/ 4147851 w 4819650"/>
                              <a:gd name="connsiteY12" fmla="*/ 600075 h 600075"/>
                              <a:gd name="connsiteX13" fmla="*/ 3613594 w 4819650"/>
                              <a:gd name="connsiteY13" fmla="*/ 600075 h 600075"/>
                              <a:gd name="connsiteX14" fmla="*/ 2937319 w 4819650"/>
                              <a:gd name="connsiteY14" fmla="*/ 600075 h 600075"/>
                              <a:gd name="connsiteX15" fmla="*/ 2403062 w 4819650"/>
                              <a:gd name="connsiteY15" fmla="*/ 600075 h 600075"/>
                              <a:gd name="connsiteX16" fmla="*/ 1679448 w 4819650"/>
                              <a:gd name="connsiteY16" fmla="*/ 600075 h 600075"/>
                              <a:gd name="connsiteX17" fmla="*/ 1097852 w 4819650"/>
                              <a:gd name="connsiteY17" fmla="*/ 600075 h 600075"/>
                              <a:gd name="connsiteX18" fmla="*/ 42863 w 4819650"/>
                              <a:gd name="connsiteY18" fmla="*/ 600075 h 600075"/>
                              <a:gd name="connsiteX19" fmla="*/ 0 w 4819650"/>
                              <a:gd name="connsiteY19" fmla="*/ 557212 h 600075"/>
                              <a:gd name="connsiteX20" fmla="*/ 0 w 4819650"/>
                              <a:gd name="connsiteY20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-742" y="15499"/>
                                  <a:pt x="19849" y="-673"/>
                                  <a:pt x="42863" y="0"/>
                                </a:cubicBezTo>
                                <a:cubicBezTo>
                                  <a:pt x="191021" y="32850"/>
                                  <a:pt x="455805" y="-12585"/>
                                  <a:pt x="766477" y="0"/>
                                </a:cubicBezTo>
                                <a:cubicBezTo>
                                  <a:pt x="1077149" y="12585"/>
                                  <a:pt x="1207241" y="-5751"/>
                                  <a:pt x="1537430" y="0"/>
                                </a:cubicBezTo>
                                <a:cubicBezTo>
                                  <a:pt x="1867619" y="5751"/>
                                  <a:pt x="1976488" y="19719"/>
                                  <a:pt x="2261045" y="0"/>
                                </a:cubicBezTo>
                                <a:cubicBezTo>
                                  <a:pt x="2545603" y="-19719"/>
                                  <a:pt x="2658414" y="1946"/>
                                  <a:pt x="2889980" y="0"/>
                                </a:cubicBezTo>
                                <a:cubicBezTo>
                                  <a:pt x="3121547" y="-1946"/>
                                  <a:pt x="3198971" y="663"/>
                                  <a:pt x="3471577" y="0"/>
                                </a:cubicBezTo>
                                <a:cubicBezTo>
                                  <a:pt x="3744183" y="-663"/>
                                  <a:pt x="3839274" y="-14105"/>
                                  <a:pt x="4147851" y="0"/>
                                </a:cubicBezTo>
                                <a:cubicBezTo>
                                  <a:pt x="4456428" y="14105"/>
                                  <a:pt x="4575789" y="-28636"/>
                                  <a:pt x="4776787" y="0"/>
                                </a:cubicBezTo>
                                <a:cubicBezTo>
                                  <a:pt x="4800453" y="3604"/>
                                  <a:pt x="4822671" y="15400"/>
                                  <a:pt x="4819650" y="42863"/>
                                </a:cubicBezTo>
                                <a:cubicBezTo>
                                  <a:pt x="4813652" y="224380"/>
                                  <a:pt x="4794656" y="333889"/>
                                  <a:pt x="4819650" y="557212"/>
                                </a:cubicBezTo>
                                <a:cubicBezTo>
                                  <a:pt x="4820108" y="582079"/>
                                  <a:pt x="4796765" y="601275"/>
                                  <a:pt x="4776787" y="600075"/>
                                </a:cubicBezTo>
                                <a:cubicBezTo>
                                  <a:pt x="4498577" y="594375"/>
                                  <a:pt x="4299066" y="608622"/>
                                  <a:pt x="4147851" y="600075"/>
                                </a:cubicBezTo>
                                <a:cubicBezTo>
                                  <a:pt x="3996636" y="591528"/>
                                  <a:pt x="3770779" y="614946"/>
                                  <a:pt x="3613594" y="600075"/>
                                </a:cubicBezTo>
                                <a:cubicBezTo>
                                  <a:pt x="3456409" y="585204"/>
                                  <a:pt x="3134325" y="585751"/>
                                  <a:pt x="2937319" y="600075"/>
                                </a:cubicBezTo>
                                <a:cubicBezTo>
                                  <a:pt x="2740313" y="614399"/>
                                  <a:pt x="2544774" y="576912"/>
                                  <a:pt x="2403062" y="600075"/>
                                </a:cubicBezTo>
                                <a:cubicBezTo>
                                  <a:pt x="2261350" y="623238"/>
                                  <a:pt x="1909360" y="620455"/>
                                  <a:pt x="1679448" y="600075"/>
                                </a:cubicBezTo>
                                <a:cubicBezTo>
                                  <a:pt x="1449536" y="579695"/>
                                  <a:pt x="1381090" y="625202"/>
                                  <a:pt x="1097852" y="600075"/>
                                </a:cubicBezTo>
                                <a:cubicBezTo>
                                  <a:pt x="814614" y="574948"/>
                                  <a:pt x="258878" y="622321"/>
                                  <a:pt x="42863" y="600075"/>
                                </a:cubicBezTo>
                                <a:cubicBezTo>
                                  <a:pt x="17907" y="600250"/>
                                  <a:pt x="206" y="581831"/>
                                  <a:pt x="0" y="557212"/>
                                </a:cubicBezTo>
                                <a:cubicBezTo>
                                  <a:pt x="22" y="306329"/>
                                  <a:pt x="24879" y="27179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4336" y="22818"/>
                                  <a:pt x="19847" y="-1696"/>
                                  <a:pt x="42863" y="0"/>
                                </a:cubicBezTo>
                                <a:cubicBezTo>
                                  <a:pt x="274922" y="-21681"/>
                                  <a:pt x="380593" y="-22829"/>
                                  <a:pt x="577120" y="0"/>
                                </a:cubicBezTo>
                                <a:cubicBezTo>
                                  <a:pt x="773647" y="22829"/>
                                  <a:pt x="880391" y="-16317"/>
                                  <a:pt x="1158717" y="0"/>
                                </a:cubicBezTo>
                                <a:cubicBezTo>
                                  <a:pt x="1437043" y="16317"/>
                                  <a:pt x="1723899" y="-26850"/>
                                  <a:pt x="1882331" y="0"/>
                                </a:cubicBezTo>
                                <a:cubicBezTo>
                                  <a:pt x="2040763" y="26850"/>
                                  <a:pt x="2233462" y="20182"/>
                                  <a:pt x="2558605" y="0"/>
                                </a:cubicBezTo>
                                <a:cubicBezTo>
                                  <a:pt x="2883748" y="-20182"/>
                                  <a:pt x="2954998" y="-15724"/>
                                  <a:pt x="3092863" y="0"/>
                                </a:cubicBezTo>
                                <a:cubicBezTo>
                                  <a:pt x="3230728" y="15724"/>
                                  <a:pt x="3527707" y="-13573"/>
                                  <a:pt x="3721798" y="0"/>
                                </a:cubicBezTo>
                                <a:cubicBezTo>
                                  <a:pt x="3915889" y="13573"/>
                                  <a:pt x="4454050" y="6739"/>
                                  <a:pt x="4776787" y="0"/>
                                </a:cubicBezTo>
                                <a:cubicBezTo>
                                  <a:pt x="4804672" y="-1214"/>
                                  <a:pt x="4816787" y="19227"/>
                                  <a:pt x="4819650" y="42863"/>
                                </a:cubicBezTo>
                                <a:cubicBezTo>
                                  <a:pt x="4825203" y="199714"/>
                                  <a:pt x="4799710" y="335577"/>
                                  <a:pt x="4819650" y="557212"/>
                                </a:cubicBezTo>
                                <a:cubicBezTo>
                                  <a:pt x="4820296" y="586448"/>
                                  <a:pt x="4804839" y="601849"/>
                                  <a:pt x="4776787" y="600075"/>
                                </a:cubicBezTo>
                                <a:cubicBezTo>
                                  <a:pt x="4653138" y="598708"/>
                                  <a:pt x="4409117" y="608247"/>
                                  <a:pt x="4195191" y="600075"/>
                                </a:cubicBezTo>
                                <a:cubicBezTo>
                                  <a:pt x="3981265" y="591903"/>
                                  <a:pt x="3638421" y="619504"/>
                                  <a:pt x="3471577" y="600075"/>
                                </a:cubicBezTo>
                                <a:cubicBezTo>
                                  <a:pt x="3304733" y="580646"/>
                                  <a:pt x="3158365" y="575939"/>
                                  <a:pt x="2937319" y="600075"/>
                                </a:cubicBezTo>
                                <a:cubicBezTo>
                                  <a:pt x="2716273" y="624211"/>
                                  <a:pt x="2518021" y="627110"/>
                                  <a:pt x="2308384" y="600075"/>
                                </a:cubicBezTo>
                                <a:cubicBezTo>
                                  <a:pt x="2098747" y="573040"/>
                                  <a:pt x="1965511" y="579337"/>
                                  <a:pt x="1774127" y="600075"/>
                                </a:cubicBezTo>
                                <a:cubicBezTo>
                                  <a:pt x="1582743" y="620813"/>
                                  <a:pt x="1358646" y="614558"/>
                                  <a:pt x="1145191" y="600075"/>
                                </a:cubicBezTo>
                                <a:cubicBezTo>
                                  <a:pt x="931736" y="585592"/>
                                  <a:pt x="508462" y="622218"/>
                                  <a:pt x="42863" y="600075"/>
                                </a:cubicBezTo>
                                <a:cubicBezTo>
                                  <a:pt x="18271" y="604011"/>
                                  <a:pt x="-5806" y="581002"/>
                                  <a:pt x="0" y="557212"/>
                                </a:cubicBezTo>
                                <a:cubicBezTo>
                                  <a:pt x="-16582" y="318204"/>
                                  <a:pt x="-4256" y="178194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2CDD6AD" w14:textId="137B96B0" w:rsidR="00987D44" w:rsidRPr="00F36744" w:rsidRDefault="00987D44" w:rsidP="00987D44">
                              <w:pPr>
                                <w:spacing w:after="0" w:line="240" w:lineRule="auto"/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</w:pPr>
                              <w:r w:rsidRPr="00F36744"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  <w:t>Decorate Christmas Tree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0ADD5" id="_x0000_s1034" style="position:absolute;margin-left:72.6pt;margin-top:16.7pt;width:434.25pt;height:47.25pt;z-index:251596799;mso-position-horizontal-relative:page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">
                <v:shape id="Text Box 120" o:spid="_x0000_s1035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16436518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2A5800FF" w14:textId="50B90241" w:rsidR="00987D44" w:rsidRPr="00987D44" w:rsidRDefault="00AD4D4F" w:rsidP="00987D44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36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" fillcolor="white [3201]" strokecolor="#c00000" strokeweight=".5pt">
                  <v:textbox>
                    <w:txbxContent>
                      <w:p w14:paraId="42CDD6AD" w14:textId="137B96B0" w:rsidR="00987D44" w:rsidRPr="00F36744" w:rsidRDefault="00987D44" w:rsidP="00987D44">
                        <w:pPr>
                          <w:spacing w:after="0" w:line="240" w:lineRule="auto"/>
                          <w:rPr>
                            <w:rFonts w:ascii="Bad Script" w:hAnsi="Bad Script"/>
                            <w:sz w:val="44"/>
                            <w:szCs w:val="44"/>
                          </w:rPr>
                        </w:pPr>
                        <w:r w:rsidRPr="00F36744">
                          <w:rPr>
                            <w:rFonts w:ascii="Bad Script" w:hAnsi="Bad Script"/>
                            <w:sz w:val="44"/>
                            <w:szCs w:val="44"/>
                          </w:rPr>
                          <w:t>Decorate Christmas Tree</w:t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</w:p>
    <w:p w14:paraId="0BED26B5" w14:textId="6531477F" w:rsidR="00713D28" w:rsidRPr="00713D28" w:rsidRDefault="00713D28" w:rsidP="00713D28">
      <w:pPr>
        <w:rPr>
          <w:rFonts w:ascii="Calibri" w:hAnsi="Calibri" w:cs="Calibri"/>
        </w:rPr>
      </w:pPr>
    </w:p>
    <w:p w14:paraId="3008D01F" w14:textId="6FE09C39" w:rsidR="00713D28" w:rsidRPr="00713D28" w:rsidRDefault="00AD4D4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83168" behindDoc="1" locked="0" layoutInCell="1" allowOverlap="1" wp14:anchorId="7FBA0651" wp14:editId="2CDC7CE1">
            <wp:simplePos x="0" y="0"/>
            <wp:positionH relativeFrom="rightMargin">
              <wp:posOffset>-6848664</wp:posOffset>
            </wp:positionH>
            <wp:positionV relativeFrom="page">
              <wp:posOffset>4892727</wp:posOffset>
            </wp:positionV>
            <wp:extent cx="1243914" cy="1243914"/>
            <wp:effectExtent l="0" t="0" r="0" b="0"/>
            <wp:wrapNone/>
            <wp:docPr id="80983983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14" cy="124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EBC38" w14:textId="16D02799" w:rsidR="00713D28" w:rsidRPr="00713D28" w:rsidRDefault="00BD738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B190CAC" wp14:editId="21AF88E6">
                <wp:simplePos x="0" y="0"/>
                <wp:positionH relativeFrom="column">
                  <wp:posOffset>-218440</wp:posOffset>
                </wp:positionH>
                <wp:positionV relativeFrom="paragraph">
                  <wp:posOffset>2598420</wp:posOffset>
                </wp:positionV>
                <wp:extent cx="5514975" cy="600075"/>
                <wp:effectExtent l="0" t="19050" r="47625" b="47625"/>
                <wp:wrapNone/>
                <wp:docPr id="653089874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410321804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17173495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661D0EF5" w14:textId="77777777" w:rsidR="00314866" w:rsidRPr="00987D44" w:rsidRDefault="00314866" w:rsidP="003148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570219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766477 w 4819650"/>
                              <a:gd name="connsiteY2" fmla="*/ 0 h 600075"/>
                              <a:gd name="connsiteX3" fmla="*/ 1537430 w 4819650"/>
                              <a:gd name="connsiteY3" fmla="*/ 0 h 600075"/>
                              <a:gd name="connsiteX4" fmla="*/ 2261045 w 4819650"/>
                              <a:gd name="connsiteY4" fmla="*/ 0 h 600075"/>
                              <a:gd name="connsiteX5" fmla="*/ 2889980 w 4819650"/>
                              <a:gd name="connsiteY5" fmla="*/ 0 h 600075"/>
                              <a:gd name="connsiteX6" fmla="*/ 3471577 w 4819650"/>
                              <a:gd name="connsiteY6" fmla="*/ 0 h 600075"/>
                              <a:gd name="connsiteX7" fmla="*/ 4147851 w 4819650"/>
                              <a:gd name="connsiteY7" fmla="*/ 0 h 600075"/>
                              <a:gd name="connsiteX8" fmla="*/ 4776787 w 4819650"/>
                              <a:gd name="connsiteY8" fmla="*/ 0 h 600075"/>
                              <a:gd name="connsiteX9" fmla="*/ 4819650 w 4819650"/>
                              <a:gd name="connsiteY9" fmla="*/ 42863 h 600075"/>
                              <a:gd name="connsiteX10" fmla="*/ 4819650 w 4819650"/>
                              <a:gd name="connsiteY10" fmla="*/ 557212 h 600075"/>
                              <a:gd name="connsiteX11" fmla="*/ 4776787 w 4819650"/>
                              <a:gd name="connsiteY11" fmla="*/ 600075 h 600075"/>
                              <a:gd name="connsiteX12" fmla="*/ 4147851 w 4819650"/>
                              <a:gd name="connsiteY12" fmla="*/ 600075 h 600075"/>
                              <a:gd name="connsiteX13" fmla="*/ 3613594 w 4819650"/>
                              <a:gd name="connsiteY13" fmla="*/ 600075 h 600075"/>
                              <a:gd name="connsiteX14" fmla="*/ 2937319 w 4819650"/>
                              <a:gd name="connsiteY14" fmla="*/ 600075 h 600075"/>
                              <a:gd name="connsiteX15" fmla="*/ 2403062 w 4819650"/>
                              <a:gd name="connsiteY15" fmla="*/ 600075 h 600075"/>
                              <a:gd name="connsiteX16" fmla="*/ 1679448 w 4819650"/>
                              <a:gd name="connsiteY16" fmla="*/ 600075 h 600075"/>
                              <a:gd name="connsiteX17" fmla="*/ 1097852 w 4819650"/>
                              <a:gd name="connsiteY17" fmla="*/ 600075 h 600075"/>
                              <a:gd name="connsiteX18" fmla="*/ 42863 w 4819650"/>
                              <a:gd name="connsiteY18" fmla="*/ 600075 h 600075"/>
                              <a:gd name="connsiteX19" fmla="*/ 0 w 4819650"/>
                              <a:gd name="connsiteY19" fmla="*/ 557212 h 600075"/>
                              <a:gd name="connsiteX20" fmla="*/ 0 w 4819650"/>
                              <a:gd name="connsiteY20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-742" y="15499"/>
                                  <a:pt x="19849" y="-673"/>
                                  <a:pt x="42863" y="0"/>
                                </a:cubicBezTo>
                                <a:cubicBezTo>
                                  <a:pt x="191021" y="32850"/>
                                  <a:pt x="455805" y="-12585"/>
                                  <a:pt x="766477" y="0"/>
                                </a:cubicBezTo>
                                <a:cubicBezTo>
                                  <a:pt x="1077149" y="12585"/>
                                  <a:pt x="1207241" y="-5751"/>
                                  <a:pt x="1537430" y="0"/>
                                </a:cubicBezTo>
                                <a:cubicBezTo>
                                  <a:pt x="1867619" y="5751"/>
                                  <a:pt x="1976488" y="19719"/>
                                  <a:pt x="2261045" y="0"/>
                                </a:cubicBezTo>
                                <a:cubicBezTo>
                                  <a:pt x="2545603" y="-19719"/>
                                  <a:pt x="2658414" y="1946"/>
                                  <a:pt x="2889980" y="0"/>
                                </a:cubicBezTo>
                                <a:cubicBezTo>
                                  <a:pt x="3121547" y="-1946"/>
                                  <a:pt x="3198971" y="663"/>
                                  <a:pt x="3471577" y="0"/>
                                </a:cubicBezTo>
                                <a:cubicBezTo>
                                  <a:pt x="3744183" y="-663"/>
                                  <a:pt x="3839274" y="-14105"/>
                                  <a:pt x="4147851" y="0"/>
                                </a:cubicBezTo>
                                <a:cubicBezTo>
                                  <a:pt x="4456428" y="14105"/>
                                  <a:pt x="4575789" y="-28636"/>
                                  <a:pt x="4776787" y="0"/>
                                </a:cubicBezTo>
                                <a:cubicBezTo>
                                  <a:pt x="4800453" y="3604"/>
                                  <a:pt x="4822671" y="15400"/>
                                  <a:pt x="4819650" y="42863"/>
                                </a:cubicBezTo>
                                <a:cubicBezTo>
                                  <a:pt x="4813652" y="224380"/>
                                  <a:pt x="4794656" y="333889"/>
                                  <a:pt x="4819650" y="557212"/>
                                </a:cubicBezTo>
                                <a:cubicBezTo>
                                  <a:pt x="4820108" y="582079"/>
                                  <a:pt x="4796765" y="601275"/>
                                  <a:pt x="4776787" y="600075"/>
                                </a:cubicBezTo>
                                <a:cubicBezTo>
                                  <a:pt x="4498577" y="594375"/>
                                  <a:pt x="4299066" y="608622"/>
                                  <a:pt x="4147851" y="600075"/>
                                </a:cubicBezTo>
                                <a:cubicBezTo>
                                  <a:pt x="3996636" y="591528"/>
                                  <a:pt x="3770779" y="614946"/>
                                  <a:pt x="3613594" y="600075"/>
                                </a:cubicBezTo>
                                <a:cubicBezTo>
                                  <a:pt x="3456409" y="585204"/>
                                  <a:pt x="3134325" y="585751"/>
                                  <a:pt x="2937319" y="600075"/>
                                </a:cubicBezTo>
                                <a:cubicBezTo>
                                  <a:pt x="2740313" y="614399"/>
                                  <a:pt x="2544774" y="576912"/>
                                  <a:pt x="2403062" y="600075"/>
                                </a:cubicBezTo>
                                <a:cubicBezTo>
                                  <a:pt x="2261350" y="623238"/>
                                  <a:pt x="1909360" y="620455"/>
                                  <a:pt x="1679448" y="600075"/>
                                </a:cubicBezTo>
                                <a:cubicBezTo>
                                  <a:pt x="1449536" y="579695"/>
                                  <a:pt x="1381090" y="625202"/>
                                  <a:pt x="1097852" y="600075"/>
                                </a:cubicBezTo>
                                <a:cubicBezTo>
                                  <a:pt x="814614" y="574948"/>
                                  <a:pt x="258878" y="622321"/>
                                  <a:pt x="42863" y="600075"/>
                                </a:cubicBezTo>
                                <a:cubicBezTo>
                                  <a:pt x="17907" y="600250"/>
                                  <a:pt x="206" y="581831"/>
                                  <a:pt x="0" y="557212"/>
                                </a:cubicBezTo>
                                <a:cubicBezTo>
                                  <a:pt x="22" y="306329"/>
                                  <a:pt x="24879" y="27179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4336" y="22818"/>
                                  <a:pt x="19847" y="-1696"/>
                                  <a:pt x="42863" y="0"/>
                                </a:cubicBezTo>
                                <a:cubicBezTo>
                                  <a:pt x="274922" y="-21681"/>
                                  <a:pt x="380593" y="-22829"/>
                                  <a:pt x="577120" y="0"/>
                                </a:cubicBezTo>
                                <a:cubicBezTo>
                                  <a:pt x="773647" y="22829"/>
                                  <a:pt x="880391" y="-16317"/>
                                  <a:pt x="1158717" y="0"/>
                                </a:cubicBezTo>
                                <a:cubicBezTo>
                                  <a:pt x="1437043" y="16317"/>
                                  <a:pt x="1723899" y="-26850"/>
                                  <a:pt x="1882331" y="0"/>
                                </a:cubicBezTo>
                                <a:cubicBezTo>
                                  <a:pt x="2040763" y="26850"/>
                                  <a:pt x="2233462" y="20182"/>
                                  <a:pt x="2558605" y="0"/>
                                </a:cubicBezTo>
                                <a:cubicBezTo>
                                  <a:pt x="2883748" y="-20182"/>
                                  <a:pt x="2954998" y="-15724"/>
                                  <a:pt x="3092863" y="0"/>
                                </a:cubicBezTo>
                                <a:cubicBezTo>
                                  <a:pt x="3230728" y="15724"/>
                                  <a:pt x="3527707" y="-13573"/>
                                  <a:pt x="3721798" y="0"/>
                                </a:cubicBezTo>
                                <a:cubicBezTo>
                                  <a:pt x="3915889" y="13573"/>
                                  <a:pt x="4454050" y="6739"/>
                                  <a:pt x="4776787" y="0"/>
                                </a:cubicBezTo>
                                <a:cubicBezTo>
                                  <a:pt x="4804672" y="-1214"/>
                                  <a:pt x="4816787" y="19227"/>
                                  <a:pt x="4819650" y="42863"/>
                                </a:cubicBezTo>
                                <a:cubicBezTo>
                                  <a:pt x="4825203" y="199714"/>
                                  <a:pt x="4799710" y="335577"/>
                                  <a:pt x="4819650" y="557212"/>
                                </a:cubicBezTo>
                                <a:cubicBezTo>
                                  <a:pt x="4820296" y="586448"/>
                                  <a:pt x="4804839" y="601849"/>
                                  <a:pt x="4776787" y="600075"/>
                                </a:cubicBezTo>
                                <a:cubicBezTo>
                                  <a:pt x="4653138" y="598708"/>
                                  <a:pt x="4409117" y="608247"/>
                                  <a:pt x="4195191" y="600075"/>
                                </a:cubicBezTo>
                                <a:cubicBezTo>
                                  <a:pt x="3981265" y="591903"/>
                                  <a:pt x="3638421" y="619504"/>
                                  <a:pt x="3471577" y="600075"/>
                                </a:cubicBezTo>
                                <a:cubicBezTo>
                                  <a:pt x="3304733" y="580646"/>
                                  <a:pt x="3158365" y="575939"/>
                                  <a:pt x="2937319" y="600075"/>
                                </a:cubicBezTo>
                                <a:cubicBezTo>
                                  <a:pt x="2716273" y="624211"/>
                                  <a:pt x="2518021" y="627110"/>
                                  <a:pt x="2308384" y="600075"/>
                                </a:cubicBezTo>
                                <a:cubicBezTo>
                                  <a:pt x="2098747" y="573040"/>
                                  <a:pt x="1965511" y="579337"/>
                                  <a:pt x="1774127" y="600075"/>
                                </a:cubicBezTo>
                                <a:cubicBezTo>
                                  <a:pt x="1582743" y="620813"/>
                                  <a:pt x="1358646" y="614558"/>
                                  <a:pt x="1145191" y="600075"/>
                                </a:cubicBezTo>
                                <a:cubicBezTo>
                                  <a:pt x="931736" y="585592"/>
                                  <a:pt x="508462" y="622218"/>
                                  <a:pt x="42863" y="600075"/>
                                </a:cubicBezTo>
                                <a:cubicBezTo>
                                  <a:pt x="18271" y="604011"/>
                                  <a:pt x="-5806" y="581002"/>
                                  <a:pt x="0" y="557212"/>
                                </a:cubicBezTo>
                                <a:cubicBezTo>
                                  <a:pt x="-16582" y="318204"/>
                                  <a:pt x="-4256" y="178194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BB4271E" w14:textId="7ABADB4D" w:rsidR="00314866" w:rsidRPr="00F36744" w:rsidRDefault="00314866" w:rsidP="00314866">
                              <w:pPr>
                                <w:spacing w:after="0" w:line="240" w:lineRule="auto"/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</w:pPr>
                              <w:r w:rsidRPr="00F36744"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  <w:t>Wrap gifts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90CAC" id="_x0000_s1037" style="position:absolute;margin-left:-17.2pt;margin-top:204.6pt;width:434.25pt;height:47.25pt;z-index:251750400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">
                <v:shape id="Text Box 120" o:spid="_x0000_s1038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17173495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661D0EF5" w14:textId="77777777" w:rsidR="00314866" w:rsidRPr="00987D44" w:rsidRDefault="00314866" w:rsidP="0031486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39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" fillcolor="white [3201]" strokecolor="#c00000" strokeweight=".5pt">
                  <v:textbox>
                    <w:txbxContent>
                      <w:p w14:paraId="6BB4271E" w14:textId="7ABADB4D" w:rsidR="00314866" w:rsidRPr="00F36744" w:rsidRDefault="00314866" w:rsidP="00314866">
                        <w:pPr>
                          <w:spacing w:after="0" w:line="240" w:lineRule="auto"/>
                          <w:rPr>
                            <w:rFonts w:ascii="Bad Script" w:hAnsi="Bad Script"/>
                            <w:sz w:val="44"/>
                            <w:szCs w:val="44"/>
                          </w:rPr>
                        </w:pPr>
                        <w:r w:rsidRPr="00F36744">
                          <w:rPr>
                            <w:rFonts w:ascii="Bad Script" w:hAnsi="Bad Script"/>
                            <w:sz w:val="44"/>
                            <w:szCs w:val="44"/>
                          </w:rPr>
                          <w:t>Wrap gifts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49135E0" wp14:editId="6623AC21">
                <wp:simplePos x="0" y="0"/>
                <wp:positionH relativeFrom="column">
                  <wp:posOffset>-218440</wp:posOffset>
                </wp:positionH>
                <wp:positionV relativeFrom="paragraph">
                  <wp:posOffset>3432810</wp:posOffset>
                </wp:positionV>
                <wp:extent cx="5514975" cy="600075"/>
                <wp:effectExtent l="0" t="19050" r="47625" b="47625"/>
                <wp:wrapNone/>
                <wp:docPr id="461801008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053976743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8797822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5D8B5367" w14:textId="207190AF" w:rsidR="00314866" w:rsidRPr="00987D44" w:rsidRDefault="00AD4D4F" w:rsidP="003148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957715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766477 w 4819650"/>
                              <a:gd name="connsiteY2" fmla="*/ 0 h 600075"/>
                              <a:gd name="connsiteX3" fmla="*/ 1537430 w 4819650"/>
                              <a:gd name="connsiteY3" fmla="*/ 0 h 600075"/>
                              <a:gd name="connsiteX4" fmla="*/ 2261045 w 4819650"/>
                              <a:gd name="connsiteY4" fmla="*/ 0 h 600075"/>
                              <a:gd name="connsiteX5" fmla="*/ 2889980 w 4819650"/>
                              <a:gd name="connsiteY5" fmla="*/ 0 h 600075"/>
                              <a:gd name="connsiteX6" fmla="*/ 3471577 w 4819650"/>
                              <a:gd name="connsiteY6" fmla="*/ 0 h 600075"/>
                              <a:gd name="connsiteX7" fmla="*/ 4147851 w 4819650"/>
                              <a:gd name="connsiteY7" fmla="*/ 0 h 600075"/>
                              <a:gd name="connsiteX8" fmla="*/ 4776787 w 4819650"/>
                              <a:gd name="connsiteY8" fmla="*/ 0 h 600075"/>
                              <a:gd name="connsiteX9" fmla="*/ 4819650 w 4819650"/>
                              <a:gd name="connsiteY9" fmla="*/ 42863 h 600075"/>
                              <a:gd name="connsiteX10" fmla="*/ 4819650 w 4819650"/>
                              <a:gd name="connsiteY10" fmla="*/ 557212 h 600075"/>
                              <a:gd name="connsiteX11" fmla="*/ 4776787 w 4819650"/>
                              <a:gd name="connsiteY11" fmla="*/ 600075 h 600075"/>
                              <a:gd name="connsiteX12" fmla="*/ 4147851 w 4819650"/>
                              <a:gd name="connsiteY12" fmla="*/ 600075 h 600075"/>
                              <a:gd name="connsiteX13" fmla="*/ 3613594 w 4819650"/>
                              <a:gd name="connsiteY13" fmla="*/ 600075 h 600075"/>
                              <a:gd name="connsiteX14" fmla="*/ 2937319 w 4819650"/>
                              <a:gd name="connsiteY14" fmla="*/ 600075 h 600075"/>
                              <a:gd name="connsiteX15" fmla="*/ 2403062 w 4819650"/>
                              <a:gd name="connsiteY15" fmla="*/ 600075 h 600075"/>
                              <a:gd name="connsiteX16" fmla="*/ 1679448 w 4819650"/>
                              <a:gd name="connsiteY16" fmla="*/ 600075 h 600075"/>
                              <a:gd name="connsiteX17" fmla="*/ 1097852 w 4819650"/>
                              <a:gd name="connsiteY17" fmla="*/ 600075 h 600075"/>
                              <a:gd name="connsiteX18" fmla="*/ 42863 w 4819650"/>
                              <a:gd name="connsiteY18" fmla="*/ 600075 h 600075"/>
                              <a:gd name="connsiteX19" fmla="*/ 0 w 4819650"/>
                              <a:gd name="connsiteY19" fmla="*/ 557212 h 600075"/>
                              <a:gd name="connsiteX20" fmla="*/ 0 w 4819650"/>
                              <a:gd name="connsiteY20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-742" y="15499"/>
                                  <a:pt x="19849" y="-673"/>
                                  <a:pt x="42863" y="0"/>
                                </a:cubicBezTo>
                                <a:cubicBezTo>
                                  <a:pt x="191021" y="32850"/>
                                  <a:pt x="455805" y="-12585"/>
                                  <a:pt x="766477" y="0"/>
                                </a:cubicBezTo>
                                <a:cubicBezTo>
                                  <a:pt x="1077149" y="12585"/>
                                  <a:pt x="1207241" y="-5751"/>
                                  <a:pt x="1537430" y="0"/>
                                </a:cubicBezTo>
                                <a:cubicBezTo>
                                  <a:pt x="1867619" y="5751"/>
                                  <a:pt x="1976488" y="19719"/>
                                  <a:pt x="2261045" y="0"/>
                                </a:cubicBezTo>
                                <a:cubicBezTo>
                                  <a:pt x="2545603" y="-19719"/>
                                  <a:pt x="2658414" y="1946"/>
                                  <a:pt x="2889980" y="0"/>
                                </a:cubicBezTo>
                                <a:cubicBezTo>
                                  <a:pt x="3121547" y="-1946"/>
                                  <a:pt x="3198971" y="663"/>
                                  <a:pt x="3471577" y="0"/>
                                </a:cubicBezTo>
                                <a:cubicBezTo>
                                  <a:pt x="3744183" y="-663"/>
                                  <a:pt x="3839274" y="-14105"/>
                                  <a:pt x="4147851" y="0"/>
                                </a:cubicBezTo>
                                <a:cubicBezTo>
                                  <a:pt x="4456428" y="14105"/>
                                  <a:pt x="4575789" y="-28636"/>
                                  <a:pt x="4776787" y="0"/>
                                </a:cubicBezTo>
                                <a:cubicBezTo>
                                  <a:pt x="4800453" y="3604"/>
                                  <a:pt x="4822671" y="15400"/>
                                  <a:pt x="4819650" y="42863"/>
                                </a:cubicBezTo>
                                <a:cubicBezTo>
                                  <a:pt x="4813652" y="224380"/>
                                  <a:pt x="4794656" y="333889"/>
                                  <a:pt x="4819650" y="557212"/>
                                </a:cubicBezTo>
                                <a:cubicBezTo>
                                  <a:pt x="4820108" y="582079"/>
                                  <a:pt x="4796765" y="601275"/>
                                  <a:pt x="4776787" y="600075"/>
                                </a:cubicBezTo>
                                <a:cubicBezTo>
                                  <a:pt x="4498577" y="594375"/>
                                  <a:pt x="4299066" y="608622"/>
                                  <a:pt x="4147851" y="600075"/>
                                </a:cubicBezTo>
                                <a:cubicBezTo>
                                  <a:pt x="3996636" y="591528"/>
                                  <a:pt x="3770779" y="614946"/>
                                  <a:pt x="3613594" y="600075"/>
                                </a:cubicBezTo>
                                <a:cubicBezTo>
                                  <a:pt x="3456409" y="585204"/>
                                  <a:pt x="3134325" y="585751"/>
                                  <a:pt x="2937319" y="600075"/>
                                </a:cubicBezTo>
                                <a:cubicBezTo>
                                  <a:pt x="2740313" y="614399"/>
                                  <a:pt x="2544774" y="576912"/>
                                  <a:pt x="2403062" y="600075"/>
                                </a:cubicBezTo>
                                <a:cubicBezTo>
                                  <a:pt x="2261350" y="623238"/>
                                  <a:pt x="1909360" y="620455"/>
                                  <a:pt x="1679448" y="600075"/>
                                </a:cubicBezTo>
                                <a:cubicBezTo>
                                  <a:pt x="1449536" y="579695"/>
                                  <a:pt x="1381090" y="625202"/>
                                  <a:pt x="1097852" y="600075"/>
                                </a:cubicBezTo>
                                <a:cubicBezTo>
                                  <a:pt x="814614" y="574948"/>
                                  <a:pt x="258878" y="622321"/>
                                  <a:pt x="42863" y="600075"/>
                                </a:cubicBezTo>
                                <a:cubicBezTo>
                                  <a:pt x="17907" y="600250"/>
                                  <a:pt x="206" y="581831"/>
                                  <a:pt x="0" y="557212"/>
                                </a:cubicBezTo>
                                <a:cubicBezTo>
                                  <a:pt x="22" y="306329"/>
                                  <a:pt x="24879" y="27179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4336" y="22818"/>
                                  <a:pt x="19847" y="-1696"/>
                                  <a:pt x="42863" y="0"/>
                                </a:cubicBezTo>
                                <a:cubicBezTo>
                                  <a:pt x="274922" y="-21681"/>
                                  <a:pt x="380593" y="-22829"/>
                                  <a:pt x="577120" y="0"/>
                                </a:cubicBezTo>
                                <a:cubicBezTo>
                                  <a:pt x="773647" y="22829"/>
                                  <a:pt x="880391" y="-16317"/>
                                  <a:pt x="1158717" y="0"/>
                                </a:cubicBezTo>
                                <a:cubicBezTo>
                                  <a:pt x="1437043" y="16317"/>
                                  <a:pt x="1723899" y="-26850"/>
                                  <a:pt x="1882331" y="0"/>
                                </a:cubicBezTo>
                                <a:cubicBezTo>
                                  <a:pt x="2040763" y="26850"/>
                                  <a:pt x="2233462" y="20182"/>
                                  <a:pt x="2558605" y="0"/>
                                </a:cubicBezTo>
                                <a:cubicBezTo>
                                  <a:pt x="2883748" y="-20182"/>
                                  <a:pt x="2954998" y="-15724"/>
                                  <a:pt x="3092863" y="0"/>
                                </a:cubicBezTo>
                                <a:cubicBezTo>
                                  <a:pt x="3230728" y="15724"/>
                                  <a:pt x="3527707" y="-13573"/>
                                  <a:pt x="3721798" y="0"/>
                                </a:cubicBezTo>
                                <a:cubicBezTo>
                                  <a:pt x="3915889" y="13573"/>
                                  <a:pt x="4454050" y="6739"/>
                                  <a:pt x="4776787" y="0"/>
                                </a:cubicBezTo>
                                <a:cubicBezTo>
                                  <a:pt x="4804672" y="-1214"/>
                                  <a:pt x="4816787" y="19227"/>
                                  <a:pt x="4819650" y="42863"/>
                                </a:cubicBezTo>
                                <a:cubicBezTo>
                                  <a:pt x="4825203" y="199714"/>
                                  <a:pt x="4799710" y="335577"/>
                                  <a:pt x="4819650" y="557212"/>
                                </a:cubicBezTo>
                                <a:cubicBezTo>
                                  <a:pt x="4820296" y="586448"/>
                                  <a:pt x="4804839" y="601849"/>
                                  <a:pt x="4776787" y="600075"/>
                                </a:cubicBezTo>
                                <a:cubicBezTo>
                                  <a:pt x="4653138" y="598708"/>
                                  <a:pt x="4409117" y="608247"/>
                                  <a:pt x="4195191" y="600075"/>
                                </a:cubicBezTo>
                                <a:cubicBezTo>
                                  <a:pt x="3981265" y="591903"/>
                                  <a:pt x="3638421" y="619504"/>
                                  <a:pt x="3471577" y="600075"/>
                                </a:cubicBezTo>
                                <a:cubicBezTo>
                                  <a:pt x="3304733" y="580646"/>
                                  <a:pt x="3158365" y="575939"/>
                                  <a:pt x="2937319" y="600075"/>
                                </a:cubicBezTo>
                                <a:cubicBezTo>
                                  <a:pt x="2716273" y="624211"/>
                                  <a:pt x="2518021" y="627110"/>
                                  <a:pt x="2308384" y="600075"/>
                                </a:cubicBezTo>
                                <a:cubicBezTo>
                                  <a:pt x="2098747" y="573040"/>
                                  <a:pt x="1965511" y="579337"/>
                                  <a:pt x="1774127" y="600075"/>
                                </a:cubicBezTo>
                                <a:cubicBezTo>
                                  <a:pt x="1582743" y="620813"/>
                                  <a:pt x="1358646" y="614558"/>
                                  <a:pt x="1145191" y="600075"/>
                                </a:cubicBezTo>
                                <a:cubicBezTo>
                                  <a:pt x="931736" y="585592"/>
                                  <a:pt x="508462" y="622218"/>
                                  <a:pt x="42863" y="600075"/>
                                </a:cubicBezTo>
                                <a:cubicBezTo>
                                  <a:pt x="18271" y="604011"/>
                                  <a:pt x="-5806" y="581002"/>
                                  <a:pt x="0" y="557212"/>
                                </a:cubicBezTo>
                                <a:cubicBezTo>
                                  <a:pt x="-16582" y="318204"/>
                                  <a:pt x="-4256" y="178194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417B78D" w14:textId="30AA3769" w:rsidR="00314866" w:rsidRPr="00F36744" w:rsidRDefault="00314866" w:rsidP="00314866">
                              <w:pPr>
                                <w:spacing w:after="0" w:line="240" w:lineRule="auto"/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</w:pPr>
                              <w:r w:rsidRPr="00F36744"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  <w:t>Bake cookies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135E0" id="_x0000_s1040" style="position:absolute;margin-left:-17.2pt;margin-top:270.3pt;width:434.25pt;height:47.25pt;z-index:251752448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">
                <v:shape id="Text Box 120" o:spid="_x0000_s1041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8797822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5D8B5367" w14:textId="207190AF" w:rsidR="00314866" w:rsidRPr="00987D44" w:rsidRDefault="00AD4D4F" w:rsidP="0031486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42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" fillcolor="white [3201]" strokecolor="#c00000" strokeweight=".5pt">
                  <v:textbox>
                    <w:txbxContent>
                      <w:p w14:paraId="6417B78D" w14:textId="30AA3769" w:rsidR="00314866" w:rsidRPr="00F36744" w:rsidRDefault="00314866" w:rsidP="00314866">
                        <w:pPr>
                          <w:spacing w:after="0" w:line="240" w:lineRule="auto"/>
                          <w:rPr>
                            <w:rFonts w:ascii="Bad Script" w:hAnsi="Bad Script"/>
                            <w:sz w:val="44"/>
                            <w:szCs w:val="44"/>
                          </w:rPr>
                        </w:pPr>
                        <w:r w:rsidRPr="00F36744">
                          <w:rPr>
                            <w:rFonts w:ascii="Bad Script" w:hAnsi="Bad Script"/>
                            <w:sz w:val="44"/>
                            <w:szCs w:val="44"/>
                          </w:rPr>
                          <w:t>Bake cookies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20AA083" wp14:editId="018F6042">
                <wp:simplePos x="0" y="0"/>
                <wp:positionH relativeFrom="column">
                  <wp:posOffset>-218440</wp:posOffset>
                </wp:positionH>
                <wp:positionV relativeFrom="paragraph">
                  <wp:posOffset>76200</wp:posOffset>
                </wp:positionV>
                <wp:extent cx="5514975" cy="600075"/>
                <wp:effectExtent l="0" t="57150" r="28575" b="104775"/>
                <wp:wrapNone/>
                <wp:docPr id="168357748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803003758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20283201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0A0C2C4E" w14:textId="77777777" w:rsidR="00314866" w:rsidRPr="00987D44" w:rsidRDefault="00314866" w:rsidP="003148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630779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4776787 w 4819650"/>
                              <a:gd name="connsiteY2" fmla="*/ 0 h 600075"/>
                              <a:gd name="connsiteX3" fmla="*/ 4819650 w 4819650"/>
                              <a:gd name="connsiteY3" fmla="*/ 42863 h 600075"/>
                              <a:gd name="connsiteX4" fmla="*/ 4819650 w 4819650"/>
                              <a:gd name="connsiteY4" fmla="*/ 557212 h 600075"/>
                              <a:gd name="connsiteX5" fmla="*/ 4776787 w 4819650"/>
                              <a:gd name="connsiteY5" fmla="*/ 600075 h 600075"/>
                              <a:gd name="connsiteX6" fmla="*/ 42863 w 4819650"/>
                              <a:gd name="connsiteY6" fmla="*/ 600075 h 600075"/>
                              <a:gd name="connsiteX7" fmla="*/ 0 w 4819650"/>
                              <a:gd name="connsiteY7" fmla="*/ 557212 h 600075"/>
                              <a:gd name="connsiteX8" fmla="*/ 0 w 4819650"/>
                              <a:gd name="connsiteY8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-1265" y="18807"/>
                                  <a:pt x="19359" y="-3085"/>
                                  <a:pt x="42863" y="0"/>
                                </a:cubicBezTo>
                                <a:cubicBezTo>
                                  <a:pt x="1983633" y="-79832"/>
                                  <a:pt x="2751712" y="-21045"/>
                                  <a:pt x="4776787" y="0"/>
                                </a:cubicBezTo>
                                <a:cubicBezTo>
                                  <a:pt x="4802082" y="-687"/>
                                  <a:pt x="4816438" y="19741"/>
                                  <a:pt x="4819650" y="42863"/>
                                </a:cubicBezTo>
                                <a:cubicBezTo>
                                  <a:pt x="4799579" y="164524"/>
                                  <a:pt x="4793386" y="404781"/>
                                  <a:pt x="4819650" y="557212"/>
                                </a:cubicBezTo>
                                <a:cubicBezTo>
                                  <a:pt x="4819761" y="582261"/>
                                  <a:pt x="4803258" y="600929"/>
                                  <a:pt x="4776787" y="600075"/>
                                </a:cubicBezTo>
                                <a:cubicBezTo>
                                  <a:pt x="2745026" y="761460"/>
                                  <a:pt x="2231783" y="530268"/>
                                  <a:pt x="42863" y="600075"/>
                                </a:cubicBezTo>
                                <a:cubicBezTo>
                                  <a:pt x="19824" y="599132"/>
                                  <a:pt x="-349" y="580326"/>
                                  <a:pt x="0" y="557212"/>
                                </a:cubicBezTo>
                                <a:cubicBezTo>
                                  <a:pt x="9872" y="467942"/>
                                  <a:pt x="-1849" y="122238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1875" y="20759"/>
                                  <a:pt x="20159" y="-2503"/>
                                  <a:pt x="42863" y="0"/>
                                </a:cubicBezTo>
                                <a:cubicBezTo>
                                  <a:pt x="842630" y="102326"/>
                                  <a:pt x="2448347" y="-85583"/>
                                  <a:pt x="4776787" y="0"/>
                                </a:cubicBezTo>
                                <a:cubicBezTo>
                                  <a:pt x="4797734" y="2810"/>
                                  <a:pt x="4815880" y="19333"/>
                                  <a:pt x="4819650" y="42863"/>
                                </a:cubicBezTo>
                                <a:cubicBezTo>
                                  <a:pt x="4803004" y="277442"/>
                                  <a:pt x="4847280" y="504760"/>
                                  <a:pt x="4819650" y="557212"/>
                                </a:cubicBezTo>
                                <a:cubicBezTo>
                                  <a:pt x="4822956" y="578965"/>
                                  <a:pt x="4800190" y="601392"/>
                                  <a:pt x="4776787" y="600075"/>
                                </a:cubicBezTo>
                                <a:cubicBezTo>
                                  <a:pt x="3738486" y="484553"/>
                                  <a:pt x="1482104" y="711356"/>
                                  <a:pt x="42863" y="600075"/>
                                </a:cubicBezTo>
                                <a:cubicBezTo>
                                  <a:pt x="18511" y="600096"/>
                                  <a:pt x="-1325" y="580576"/>
                                  <a:pt x="0" y="557212"/>
                                </a:cubicBezTo>
                                <a:cubicBezTo>
                                  <a:pt x="-40630" y="406051"/>
                                  <a:pt x="7135" y="250771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00C5ACB" w14:textId="58BAD00D" w:rsidR="00314866" w:rsidRPr="00F36744" w:rsidRDefault="00314866" w:rsidP="00314866">
                              <w:pPr>
                                <w:spacing w:after="0" w:line="240" w:lineRule="auto"/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</w:pPr>
                              <w:r w:rsidRPr="00F36744"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  <w:t>Write to Santa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AA083" id="_x0000_s1043" style="position:absolute;margin-left:-17.2pt;margin-top:6pt;width:434.25pt;height:47.25pt;z-index:251744256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">
                <v:shape id="Text Box 120" o:spid="_x0000_s1044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20283201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0A0C2C4E" w14:textId="77777777" w:rsidR="00314866" w:rsidRPr="00987D44" w:rsidRDefault="00314866" w:rsidP="0031486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45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" fillcolor="white [3201]" strokecolor="#c00000" strokeweight=".5pt">
                  <v:textbox>
                    <w:txbxContent>
                      <w:p w14:paraId="100C5ACB" w14:textId="58BAD00D" w:rsidR="00314866" w:rsidRPr="00F36744" w:rsidRDefault="00314866" w:rsidP="00314866">
                        <w:pPr>
                          <w:spacing w:after="0" w:line="240" w:lineRule="auto"/>
                          <w:rPr>
                            <w:rFonts w:ascii="Bad Script" w:hAnsi="Bad Script"/>
                            <w:sz w:val="44"/>
                            <w:szCs w:val="44"/>
                          </w:rPr>
                        </w:pPr>
                        <w:r w:rsidRPr="00F36744">
                          <w:rPr>
                            <w:rFonts w:ascii="Bad Script" w:hAnsi="Bad Script"/>
                            <w:sz w:val="44"/>
                            <w:szCs w:val="44"/>
                          </w:rPr>
                          <w:t>Write to Santa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B67499F" wp14:editId="746C7786">
                <wp:simplePos x="0" y="0"/>
                <wp:positionH relativeFrom="column">
                  <wp:posOffset>-218440</wp:posOffset>
                </wp:positionH>
                <wp:positionV relativeFrom="paragraph">
                  <wp:posOffset>1754505</wp:posOffset>
                </wp:positionV>
                <wp:extent cx="5514975" cy="600075"/>
                <wp:effectExtent l="0" t="57150" r="28575" b="104775"/>
                <wp:wrapNone/>
                <wp:docPr id="506137676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529565881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5895155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71503DE1" w14:textId="77777777" w:rsidR="00314866" w:rsidRPr="00987D44" w:rsidRDefault="00314866" w:rsidP="003148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786867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4776787 w 4819650"/>
                              <a:gd name="connsiteY2" fmla="*/ 0 h 600075"/>
                              <a:gd name="connsiteX3" fmla="*/ 4819650 w 4819650"/>
                              <a:gd name="connsiteY3" fmla="*/ 42863 h 600075"/>
                              <a:gd name="connsiteX4" fmla="*/ 4819650 w 4819650"/>
                              <a:gd name="connsiteY4" fmla="*/ 557212 h 600075"/>
                              <a:gd name="connsiteX5" fmla="*/ 4776787 w 4819650"/>
                              <a:gd name="connsiteY5" fmla="*/ 600075 h 600075"/>
                              <a:gd name="connsiteX6" fmla="*/ 42863 w 4819650"/>
                              <a:gd name="connsiteY6" fmla="*/ 600075 h 600075"/>
                              <a:gd name="connsiteX7" fmla="*/ 0 w 4819650"/>
                              <a:gd name="connsiteY7" fmla="*/ 557212 h 600075"/>
                              <a:gd name="connsiteX8" fmla="*/ 0 w 4819650"/>
                              <a:gd name="connsiteY8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-1265" y="18807"/>
                                  <a:pt x="19359" y="-3085"/>
                                  <a:pt x="42863" y="0"/>
                                </a:cubicBezTo>
                                <a:cubicBezTo>
                                  <a:pt x="1983633" y="-79832"/>
                                  <a:pt x="2751712" y="-21045"/>
                                  <a:pt x="4776787" y="0"/>
                                </a:cubicBezTo>
                                <a:cubicBezTo>
                                  <a:pt x="4802082" y="-687"/>
                                  <a:pt x="4816438" y="19741"/>
                                  <a:pt x="4819650" y="42863"/>
                                </a:cubicBezTo>
                                <a:cubicBezTo>
                                  <a:pt x="4799579" y="164524"/>
                                  <a:pt x="4793386" y="404781"/>
                                  <a:pt x="4819650" y="557212"/>
                                </a:cubicBezTo>
                                <a:cubicBezTo>
                                  <a:pt x="4819761" y="582261"/>
                                  <a:pt x="4803258" y="600929"/>
                                  <a:pt x="4776787" y="600075"/>
                                </a:cubicBezTo>
                                <a:cubicBezTo>
                                  <a:pt x="2745026" y="761460"/>
                                  <a:pt x="2231783" y="530268"/>
                                  <a:pt x="42863" y="600075"/>
                                </a:cubicBezTo>
                                <a:cubicBezTo>
                                  <a:pt x="19824" y="599132"/>
                                  <a:pt x="-349" y="580326"/>
                                  <a:pt x="0" y="557212"/>
                                </a:cubicBezTo>
                                <a:cubicBezTo>
                                  <a:pt x="9872" y="467942"/>
                                  <a:pt x="-1849" y="122238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1875" y="20759"/>
                                  <a:pt x="20159" y="-2503"/>
                                  <a:pt x="42863" y="0"/>
                                </a:cubicBezTo>
                                <a:cubicBezTo>
                                  <a:pt x="842630" y="102326"/>
                                  <a:pt x="2448347" y="-85583"/>
                                  <a:pt x="4776787" y="0"/>
                                </a:cubicBezTo>
                                <a:cubicBezTo>
                                  <a:pt x="4797734" y="2810"/>
                                  <a:pt x="4815880" y="19333"/>
                                  <a:pt x="4819650" y="42863"/>
                                </a:cubicBezTo>
                                <a:cubicBezTo>
                                  <a:pt x="4803004" y="277442"/>
                                  <a:pt x="4847280" y="504760"/>
                                  <a:pt x="4819650" y="557212"/>
                                </a:cubicBezTo>
                                <a:cubicBezTo>
                                  <a:pt x="4822956" y="578965"/>
                                  <a:pt x="4800190" y="601392"/>
                                  <a:pt x="4776787" y="600075"/>
                                </a:cubicBezTo>
                                <a:cubicBezTo>
                                  <a:pt x="3738486" y="484553"/>
                                  <a:pt x="1482104" y="711356"/>
                                  <a:pt x="42863" y="600075"/>
                                </a:cubicBezTo>
                                <a:cubicBezTo>
                                  <a:pt x="18511" y="600096"/>
                                  <a:pt x="-1325" y="580576"/>
                                  <a:pt x="0" y="557212"/>
                                </a:cubicBezTo>
                                <a:cubicBezTo>
                                  <a:pt x="-40630" y="406051"/>
                                  <a:pt x="7135" y="250771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EAD79B8" w14:textId="0929190A" w:rsidR="00314866" w:rsidRPr="00F36744" w:rsidRDefault="00F36744" w:rsidP="00314866">
                              <w:pPr>
                                <w:spacing w:after="0" w:line="240" w:lineRule="auto"/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  <w:t xml:space="preserve">Make a </w:t>
                              </w:r>
                              <w:proofErr w:type="spellStart"/>
                              <w:r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  <w:t>wishlist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7499F" id="_x0000_s1046" style="position:absolute;margin-left:-17.2pt;margin-top:138.15pt;width:434.25pt;height:47.25pt;z-index:251748352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">
                <v:shape id="Text Box 120" o:spid="_x0000_s1047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5895155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71503DE1" w14:textId="77777777" w:rsidR="00314866" w:rsidRPr="00987D44" w:rsidRDefault="00314866" w:rsidP="0031486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48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" fillcolor="white [3201]" strokecolor="#c00000" strokeweight=".5pt">
                  <v:textbox>
                    <w:txbxContent>
                      <w:p w14:paraId="1EAD79B8" w14:textId="0929190A" w:rsidR="00314866" w:rsidRPr="00F36744" w:rsidRDefault="00F36744" w:rsidP="00314866">
                        <w:pPr>
                          <w:spacing w:after="0" w:line="240" w:lineRule="auto"/>
                          <w:rPr>
                            <w:rFonts w:ascii="Bad Script" w:hAnsi="Bad Script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ad Script" w:hAnsi="Bad Script"/>
                            <w:sz w:val="44"/>
                            <w:szCs w:val="44"/>
                          </w:rPr>
                          <w:t xml:space="preserve">Make a </w:t>
                        </w:r>
                        <w:proofErr w:type="spellStart"/>
                        <w:r>
                          <w:rPr>
                            <w:rFonts w:ascii="Bad Script" w:hAnsi="Bad Script"/>
                            <w:sz w:val="44"/>
                            <w:szCs w:val="44"/>
                          </w:rPr>
                          <w:t>wishlist</w:t>
                        </w:r>
                        <w:proofErr w:type="spellEnd"/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05F9ED0" wp14:editId="00324EB0">
                <wp:simplePos x="0" y="0"/>
                <wp:positionH relativeFrom="column">
                  <wp:posOffset>-218440</wp:posOffset>
                </wp:positionH>
                <wp:positionV relativeFrom="paragraph">
                  <wp:posOffset>920115</wp:posOffset>
                </wp:positionV>
                <wp:extent cx="5514975" cy="600075"/>
                <wp:effectExtent l="0" t="19050" r="47625" b="47625"/>
                <wp:wrapNone/>
                <wp:docPr id="411246441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600075"/>
                          <a:chOff x="0" y="0"/>
                          <a:chExt cx="5514975" cy="600075"/>
                        </a:xfrm>
                      </wpg:grpSpPr>
                      <wps:wsp>
                        <wps:cNvPr id="1389881181" name="Text Box 120"/>
                        <wps:cNvSpPr txBox="1"/>
                        <wps:spPr>
                          <a:xfrm>
                            <a:off x="0" y="57150"/>
                            <a:ext cx="6286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C00000"/>
                                  <w:sz w:val="44"/>
                                  <w:szCs w:val="44"/>
                                </w:rPr>
                                <w:id w:val="-20593830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p w14:paraId="1ED1E4ED" w14:textId="4B9308D7" w:rsidR="00314866" w:rsidRPr="00987D44" w:rsidRDefault="00AD4D4F" w:rsidP="003148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S Gothic" w:eastAsia="MS Gothic" w:hAnsi="MS Gothic" w:hint="eastAsia"/>
                                      <w:color w:val="C00000"/>
                                      <w:sz w:val="44"/>
                                      <w:szCs w:val="44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397379" name="Text Box 121"/>
                        <wps:cNvSpPr txBox="1"/>
                        <wps:spPr>
                          <a:xfrm>
                            <a:off x="695325" y="0"/>
                            <a:ext cx="4819650" cy="600075"/>
                          </a:xfrm>
                          <a:custGeom>
                            <a:avLst/>
                            <a:gdLst>
                              <a:gd name="connsiteX0" fmla="*/ 0 w 4819650"/>
                              <a:gd name="connsiteY0" fmla="*/ 42863 h 600075"/>
                              <a:gd name="connsiteX1" fmla="*/ 42863 w 4819650"/>
                              <a:gd name="connsiteY1" fmla="*/ 0 h 600075"/>
                              <a:gd name="connsiteX2" fmla="*/ 766477 w 4819650"/>
                              <a:gd name="connsiteY2" fmla="*/ 0 h 600075"/>
                              <a:gd name="connsiteX3" fmla="*/ 1537430 w 4819650"/>
                              <a:gd name="connsiteY3" fmla="*/ 0 h 600075"/>
                              <a:gd name="connsiteX4" fmla="*/ 2261045 w 4819650"/>
                              <a:gd name="connsiteY4" fmla="*/ 0 h 600075"/>
                              <a:gd name="connsiteX5" fmla="*/ 2889980 w 4819650"/>
                              <a:gd name="connsiteY5" fmla="*/ 0 h 600075"/>
                              <a:gd name="connsiteX6" fmla="*/ 3471577 w 4819650"/>
                              <a:gd name="connsiteY6" fmla="*/ 0 h 600075"/>
                              <a:gd name="connsiteX7" fmla="*/ 4147851 w 4819650"/>
                              <a:gd name="connsiteY7" fmla="*/ 0 h 600075"/>
                              <a:gd name="connsiteX8" fmla="*/ 4776787 w 4819650"/>
                              <a:gd name="connsiteY8" fmla="*/ 0 h 600075"/>
                              <a:gd name="connsiteX9" fmla="*/ 4819650 w 4819650"/>
                              <a:gd name="connsiteY9" fmla="*/ 42863 h 600075"/>
                              <a:gd name="connsiteX10" fmla="*/ 4819650 w 4819650"/>
                              <a:gd name="connsiteY10" fmla="*/ 557212 h 600075"/>
                              <a:gd name="connsiteX11" fmla="*/ 4776787 w 4819650"/>
                              <a:gd name="connsiteY11" fmla="*/ 600075 h 600075"/>
                              <a:gd name="connsiteX12" fmla="*/ 4147851 w 4819650"/>
                              <a:gd name="connsiteY12" fmla="*/ 600075 h 600075"/>
                              <a:gd name="connsiteX13" fmla="*/ 3613594 w 4819650"/>
                              <a:gd name="connsiteY13" fmla="*/ 600075 h 600075"/>
                              <a:gd name="connsiteX14" fmla="*/ 2937319 w 4819650"/>
                              <a:gd name="connsiteY14" fmla="*/ 600075 h 600075"/>
                              <a:gd name="connsiteX15" fmla="*/ 2403062 w 4819650"/>
                              <a:gd name="connsiteY15" fmla="*/ 600075 h 600075"/>
                              <a:gd name="connsiteX16" fmla="*/ 1679448 w 4819650"/>
                              <a:gd name="connsiteY16" fmla="*/ 600075 h 600075"/>
                              <a:gd name="connsiteX17" fmla="*/ 1097852 w 4819650"/>
                              <a:gd name="connsiteY17" fmla="*/ 600075 h 600075"/>
                              <a:gd name="connsiteX18" fmla="*/ 42863 w 4819650"/>
                              <a:gd name="connsiteY18" fmla="*/ 600075 h 600075"/>
                              <a:gd name="connsiteX19" fmla="*/ 0 w 4819650"/>
                              <a:gd name="connsiteY19" fmla="*/ 557212 h 600075"/>
                              <a:gd name="connsiteX20" fmla="*/ 0 w 4819650"/>
                              <a:gd name="connsiteY20" fmla="*/ 42863 h 600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4819650" h="600075" fill="none" extrusionOk="0">
                                <a:moveTo>
                                  <a:pt x="0" y="42863"/>
                                </a:moveTo>
                                <a:cubicBezTo>
                                  <a:pt x="-742" y="15499"/>
                                  <a:pt x="19849" y="-673"/>
                                  <a:pt x="42863" y="0"/>
                                </a:cubicBezTo>
                                <a:cubicBezTo>
                                  <a:pt x="191021" y="32850"/>
                                  <a:pt x="455805" y="-12585"/>
                                  <a:pt x="766477" y="0"/>
                                </a:cubicBezTo>
                                <a:cubicBezTo>
                                  <a:pt x="1077149" y="12585"/>
                                  <a:pt x="1207241" y="-5751"/>
                                  <a:pt x="1537430" y="0"/>
                                </a:cubicBezTo>
                                <a:cubicBezTo>
                                  <a:pt x="1867619" y="5751"/>
                                  <a:pt x="1976488" y="19719"/>
                                  <a:pt x="2261045" y="0"/>
                                </a:cubicBezTo>
                                <a:cubicBezTo>
                                  <a:pt x="2545603" y="-19719"/>
                                  <a:pt x="2658414" y="1946"/>
                                  <a:pt x="2889980" y="0"/>
                                </a:cubicBezTo>
                                <a:cubicBezTo>
                                  <a:pt x="3121547" y="-1946"/>
                                  <a:pt x="3198971" y="663"/>
                                  <a:pt x="3471577" y="0"/>
                                </a:cubicBezTo>
                                <a:cubicBezTo>
                                  <a:pt x="3744183" y="-663"/>
                                  <a:pt x="3839274" y="-14105"/>
                                  <a:pt x="4147851" y="0"/>
                                </a:cubicBezTo>
                                <a:cubicBezTo>
                                  <a:pt x="4456428" y="14105"/>
                                  <a:pt x="4575789" y="-28636"/>
                                  <a:pt x="4776787" y="0"/>
                                </a:cubicBezTo>
                                <a:cubicBezTo>
                                  <a:pt x="4800453" y="3604"/>
                                  <a:pt x="4822671" y="15400"/>
                                  <a:pt x="4819650" y="42863"/>
                                </a:cubicBezTo>
                                <a:cubicBezTo>
                                  <a:pt x="4813652" y="224380"/>
                                  <a:pt x="4794656" y="333889"/>
                                  <a:pt x="4819650" y="557212"/>
                                </a:cubicBezTo>
                                <a:cubicBezTo>
                                  <a:pt x="4820108" y="582079"/>
                                  <a:pt x="4796765" y="601275"/>
                                  <a:pt x="4776787" y="600075"/>
                                </a:cubicBezTo>
                                <a:cubicBezTo>
                                  <a:pt x="4498577" y="594375"/>
                                  <a:pt x="4299066" y="608622"/>
                                  <a:pt x="4147851" y="600075"/>
                                </a:cubicBezTo>
                                <a:cubicBezTo>
                                  <a:pt x="3996636" y="591528"/>
                                  <a:pt x="3770779" y="614946"/>
                                  <a:pt x="3613594" y="600075"/>
                                </a:cubicBezTo>
                                <a:cubicBezTo>
                                  <a:pt x="3456409" y="585204"/>
                                  <a:pt x="3134325" y="585751"/>
                                  <a:pt x="2937319" y="600075"/>
                                </a:cubicBezTo>
                                <a:cubicBezTo>
                                  <a:pt x="2740313" y="614399"/>
                                  <a:pt x="2544774" y="576912"/>
                                  <a:pt x="2403062" y="600075"/>
                                </a:cubicBezTo>
                                <a:cubicBezTo>
                                  <a:pt x="2261350" y="623238"/>
                                  <a:pt x="1909360" y="620455"/>
                                  <a:pt x="1679448" y="600075"/>
                                </a:cubicBezTo>
                                <a:cubicBezTo>
                                  <a:pt x="1449536" y="579695"/>
                                  <a:pt x="1381090" y="625202"/>
                                  <a:pt x="1097852" y="600075"/>
                                </a:cubicBezTo>
                                <a:cubicBezTo>
                                  <a:pt x="814614" y="574948"/>
                                  <a:pt x="258878" y="622321"/>
                                  <a:pt x="42863" y="600075"/>
                                </a:cubicBezTo>
                                <a:cubicBezTo>
                                  <a:pt x="17907" y="600250"/>
                                  <a:pt x="206" y="581831"/>
                                  <a:pt x="0" y="557212"/>
                                </a:cubicBezTo>
                                <a:cubicBezTo>
                                  <a:pt x="22" y="306329"/>
                                  <a:pt x="24879" y="271797"/>
                                  <a:pt x="0" y="42863"/>
                                </a:cubicBezTo>
                                <a:close/>
                              </a:path>
                              <a:path w="4819650" h="600075" stroke="0" extrusionOk="0">
                                <a:moveTo>
                                  <a:pt x="0" y="42863"/>
                                </a:moveTo>
                                <a:cubicBezTo>
                                  <a:pt x="-4336" y="22818"/>
                                  <a:pt x="19847" y="-1696"/>
                                  <a:pt x="42863" y="0"/>
                                </a:cubicBezTo>
                                <a:cubicBezTo>
                                  <a:pt x="274922" y="-21681"/>
                                  <a:pt x="380593" y="-22829"/>
                                  <a:pt x="577120" y="0"/>
                                </a:cubicBezTo>
                                <a:cubicBezTo>
                                  <a:pt x="773647" y="22829"/>
                                  <a:pt x="880391" y="-16317"/>
                                  <a:pt x="1158717" y="0"/>
                                </a:cubicBezTo>
                                <a:cubicBezTo>
                                  <a:pt x="1437043" y="16317"/>
                                  <a:pt x="1723899" y="-26850"/>
                                  <a:pt x="1882331" y="0"/>
                                </a:cubicBezTo>
                                <a:cubicBezTo>
                                  <a:pt x="2040763" y="26850"/>
                                  <a:pt x="2233462" y="20182"/>
                                  <a:pt x="2558605" y="0"/>
                                </a:cubicBezTo>
                                <a:cubicBezTo>
                                  <a:pt x="2883748" y="-20182"/>
                                  <a:pt x="2954998" y="-15724"/>
                                  <a:pt x="3092863" y="0"/>
                                </a:cubicBezTo>
                                <a:cubicBezTo>
                                  <a:pt x="3230728" y="15724"/>
                                  <a:pt x="3527707" y="-13573"/>
                                  <a:pt x="3721798" y="0"/>
                                </a:cubicBezTo>
                                <a:cubicBezTo>
                                  <a:pt x="3915889" y="13573"/>
                                  <a:pt x="4454050" y="6739"/>
                                  <a:pt x="4776787" y="0"/>
                                </a:cubicBezTo>
                                <a:cubicBezTo>
                                  <a:pt x="4804672" y="-1214"/>
                                  <a:pt x="4816787" y="19227"/>
                                  <a:pt x="4819650" y="42863"/>
                                </a:cubicBezTo>
                                <a:cubicBezTo>
                                  <a:pt x="4825203" y="199714"/>
                                  <a:pt x="4799710" y="335577"/>
                                  <a:pt x="4819650" y="557212"/>
                                </a:cubicBezTo>
                                <a:cubicBezTo>
                                  <a:pt x="4820296" y="586448"/>
                                  <a:pt x="4804839" y="601849"/>
                                  <a:pt x="4776787" y="600075"/>
                                </a:cubicBezTo>
                                <a:cubicBezTo>
                                  <a:pt x="4653138" y="598708"/>
                                  <a:pt x="4409117" y="608247"/>
                                  <a:pt x="4195191" y="600075"/>
                                </a:cubicBezTo>
                                <a:cubicBezTo>
                                  <a:pt x="3981265" y="591903"/>
                                  <a:pt x="3638421" y="619504"/>
                                  <a:pt x="3471577" y="600075"/>
                                </a:cubicBezTo>
                                <a:cubicBezTo>
                                  <a:pt x="3304733" y="580646"/>
                                  <a:pt x="3158365" y="575939"/>
                                  <a:pt x="2937319" y="600075"/>
                                </a:cubicBezTo>
                                <a:cubicBezTo>
                                  <a:pt x="2716273" y="624211"/>
                                  <a:pt x="2518021" y="627110"/>
                                  <a:pt x="2308384" y="600075"/>
                                </a:cubicBezTo>
                                <a:cubicBezTo>
                                  <a:pt x="2098747" y="573040"/>
                                  <a:pt x="1965511" y="579337"/>
                                  <a:pt x="1774127" y="600075"/>
                                </a:cubicBezTo>
                                <a:cubicBezTo>
                                  <a:pt x="1582743" y="620813"/>
                                  <a:pt x="1358646" y="614558"/>
                                  <a:pt x="1145191" y="600075"/>
                                </a:cubicBezTo>
                                <a:cubicBezTo>
                                  <a:pt x="931736" y="585592"/>
                                  <a:pt x="508462" y="622218"/>
                                  <a:pt x="42863" y="600075"/>
                                </a:cubicBezTo>
                                <a:cubicBezTo>
                                  <a:pt x="18271" y="604011"/>
                                  <a:pt x="-5806" y="581002"/>
                                  <a:pt x="0" y="557212"/>
                                </a:cubicBezTo>
                                <a:cubicBezTo>
                                  <a:pt x="-16582" y="318204"/>
                                  <a:pt x="-4256" y="178194"/>
                                  <a:pt x="0" y="428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srgbClr val="C0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257562635">
                                  <a:prstGeom prst="roundRect">
                                    <a:avLst>
                                      <a:gd name="adj" fmla="val 7143"/>
                                    </a:avLst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A243EB9" w14:textId="0BF908B7" w:rsidR="00314866" w:rsidRPr="00F36744" w:rsidRDefault="00314866" w:rsidP="00314866">
                              <w:pPr>
                                <w:spacing w:after="0" w:line="240" w:lineRule="auto"/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</w:pPr>
                              <w:r w:rsidRPr="00F36744">
                                <w:rPr>
                                  <w:rFonts w:ascii="Bad Script" w:hAnsi="Bad Script"/>
                                  <w:sz w:val="44"/>
                                  <w:szCs w:val="44"/>
                                </w:rPr>
                                <w:t>Build a snowman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F9ED0" id="_x0000_s1049" style="position:absolute;margin-left:-17.2pt;margin-top:72.45pt;width:434.25pt;height:47.25pt;z-index:251746304" coordsize="55149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">
                <v:shape id="Text Box 120" o:spid="_x0000_s1050" type="#_x0000_t202" style="position:absolute;top:571;width:628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" filled="f" stroked="f" strokeweight=".5pt">
                  <v:textbox>
                    <w:txbxContent>
                      <w:sdt>
                        <w:sdtPr>
                          <w:rPr>
                            <w:color w:val="C00000"/>
                            <w:sz w:val="44"/>
                            <w:szCs w:val="44"/>
                          </w:rPr>
                          <w:id w:val="-20593830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p w14:paraId="1ED1E4ED" w14:textId="4B9308D7" w:rsidR="00314866" w:rsidRPr="00987D44" w:rsidRDefault="00AD4D4F" w:rsidP="0031486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C00000"/>
                                <w:sz w:val="44"/>
                                <w:szCs w:val="44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roundrect id="Text Box 121" o:spid="_x0000_s1051" style="position:absolute;left:6953;width:48196;height:6000;visibility:visible;mso-wrap-style:square;v-text-anchor:middle" arcsize="46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" fillcolor="white [3201]" strokecolor="#c00000" strokeweight=".5pt">
                  <v:textbox>
                    <w:txbxContent>
                      <w:p w14:paraId="6A243EB9" w14:textId="0BF908B7" w:rsidR="00314866" w:rsidRPr="00F36744" w:rsidRDefault="00314866" w:rsidP="00314866">
                        <w:pPr>
                          <w:spacing w:after="0" w:line="240" w:lineRule="auto"/>
                          <w:rPr>
                            <w:rFonts w:ascii="Bad Script" w:hAnsi="Bad Script"/>
                            <w:sz w:val="44"/>
                            <w:szCs w:val="44"/>
                          </w:rPr>
                        </w:pPr>
                        <w:r w:rsidRPr="00F36744">
                          <w:rPr>
                            <w:rFonts w:ascii="Bad Script" w:hAnsi="Bad Script"/>
                            <w:sz w:val="44"/>
                            <w:szCs w:val="44"/>
                          </w:rPr>
                          <w:t>Build a snowman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D4D4F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68832" behindDoc="1" locked="0" layoutInCell="1" allowOverlap="1" wp14:anchorId="570C6C04" wp14:editId="25017075">
            <wp:simplePos x="0" y="0"/>
            <wp:positionH relativeFrom="page">
              <wp:posOffset>6724650</wp:posOffset>
            </wp:positionH>
            <wp:positionV relativeFrom="page">
              <wp:posOffset>5030525</wp:posOffset>
            </wp:positionV>
            <wp:extent cx="1009650" cy="1009650"/>
            <wp:effectExtent l="0" t="0" r="0" b="0"/>
            <wp:wrapNone/>
            <wp:docPr id="1236470392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D44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34016" behindDoc="1" locked="0" layoutInCell="1" allowOverlap="1" wp14:anchorId="55B25256" wp14:editId="43440D06">
            <wp:simplePos x="0" y="0"/>
            <wp:positionH relativeFrom="margin">
              <wp:posOffset>5044821</wp:posOffset>
            </wp:positionH>
            <wp:positionV relativeFrom="margin">
              <wp:align>center</wp:align>
            </wp:positionV>
            <wp:extent cx="390525" cy="390525"/>
            <wp:effectExtent l="0" t="0" r="9525" b="9525"/>
            <wp:wrapNone/>
            <wp:docPr id="318875967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75967" name="Picture 118" descr="A white snowflake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4FACB" w14:textId="718CC611" w:rsidR="00713D28" w:rsidRPr="00713D28" w:rsidRDefault="00713D28" w:rsidP="00713D28">
      <w:pPr>
        <w:rPr>
          <w:rFonts w:ascii="Calibri" w:hAnsi="Calibri" w:cs="Calibri"/>
        </w:rPr>
      </w:pPr>
    </w:p>
    <w:p w14:paraId="03C7DB11" w14:textId="72EBEFFE" w:rsidR="00713D28" w:rsidRPr="00713D28" w:rsidRDefault="00713D28" w:rsidP="00713D28">
      <w:pPr>
        <w:rPr>
          <w:rFonts w:ascii="Calibri" w:hAnsi="Calibri" w:cs="Calibri"/>
        </w:rPr>
      </w:pPr>
    </w:p>
    <w:p w14:paraId="1EB1B6AD" w14:textId="0BFEF51F" w:rsidR="00713D28" w:rsidRPr="00713D28" w:rsidRDefault="00713D28" w:rsidP="00713D28">
      <w:pPr>
        <w:rPr>
          <w:rFonts w:ascii="Calibri" w:hAnsi="Calibri" w:cs="Calibri"/>
        </w:rPr>
      </w:pPr>
    </w:p>
    <w:p w14:paraId="4CAD11F8" w14:textId="69359FBE" w:rsidR="00713D28" w:rsidRPr="00713D28" w:rsidRDefault="00713D28" w:rsidP="00713D28">
      <w:pPr>
        <w:rPr>
          <w:rFonts w:ascii="Calibri" w:hAnsi="Calibri" w:cs="Calibri"/>
        </w:rPr>
      </w:pPr>
    </w:p>
    <w:p w14:paraId="1048BD7E" w14:textId="11FD1284" w:rsidR="00713D28" w:rsidRPr="00713D28" w:rsidRDefault="00BD738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91360" behindDoc="1" locked="0" layoutInCell="1" allowOverlap="1" wp14:anchorId="1CE7E331" wp14:editId="24B48336">
            <wp:simplePos x="0" y="0"/>
            <wp:positionH relativeFrom="rightMargin">
              <wp:align>left</wp:align>
            </wp:positionH>
            <wp:positionV relativeFrom="page">
              <wp:posOffset>6771245</wp:posOffset>
            </wp:positionV>
            <wp:extent cx="1533525" cy="1533525"/>
            <wp:effectExtent l="0" t="0" r="0" b="0"/>
            <wp:wrapNone/>
            <wp:docPr id="1076591247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D4F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89312" behindDoc="1" locked="0" layoutInCell="1" allowOverlap="1" wp14:anchorId="5952FE6A" wp14:editId="3C1A74E7">
            <wp:simplePos x="0" y="0"/>
            <wp:positionH relativeFrom="rightMargin">
              <wp:posOffset>-6346825</wp:posOffset>
            </wp:positionH>
            <wp:positionV relativeFrom="page">
              <wp:posOffset>6810375</wp:posOffset>
            </wp:positionV>
            <wp:extent cx="619125" cy="619125"/>
            <wp:effectExtent l="0" t="0" r="0" b="0"/>
            <wp:wrapNone/>
            <wp:docPr id="1573804349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24709" w14:textId="68A1E760" w:rsidR="00713D28" w:rsidRPr="00713D28" w:rsidRDefault="00713D28" w:rsidP="00713D28">
      <w:pPr>
        <w:rPr>
          <w:rFonts w:ascii="Calibri" w:hAnsi="Calibri" w:cs="Calibri"/>
        </w:rPr>
      </w:pPr>
    </w:p>
    <w:p w14:paraId="06C18F39" w14:textId="128B95D1" w:rsidR="00713D28" w:rsidRPr="00713D28" w:rsidRDefault="00713D28" w:rsidP="00713D28">
      <w:pPr>
        <w:rPr>
          <w:rFonts w:ascii="Calibri" w:hAnsi="Calibri" w:cs="Calibri"/>
        </w:rPr>
      </w:pPr>
    </w:p>
    <w:p w14:paraId="7EBC878B" w14:textId="732CCF17" w:rsidR="00713D28" w:rsidRPr="00713D28" w:rsidRDefault="00713D28" w:rsidP="00713D28">
      <w:pPr>
        <w:rPr>
          <w:rFonts w:ascii="Calibri" w:hAnsi="Calibri" w:cs="Calibri"/>
        </w:rPr>
      </w:pPr>
    </w:p>
    <w:p w14:paraId="67893CF7" w14:textId="2647CA75" w:rsidR="00713D28" w:rsidRPr="00713D28" w:rsidRDefault="003C33E1" w:rsidP="003C33E1">
      <w:pPr>
        <w:tabs>
          <w:tab w:val="left" w:pos="274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438472ED" w14:textId="7DE8F8CC" w:rsidR="00713D28" w:rsidRPr="00713D28" w:rsidRDefault="00713D28" w:rsidP="00713D28">
      <w:pPr>
        <w:rPr>
          <w:rFonts w:ascii="Calibri" w:hAnsi="Calibri" w:cs="Calibri"/>
        </w:rPr>
      </w:pPr>
    </w:p>
    <w:p w14:paraId="02CC32F5" w14:textId="6D9DA66A" w:rsidR="00713D28" w:rsidRPr="00713D28" w:rsidRDefault="00BD738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21728" behindDoc="1" locked="0" layoutInCell="1" allowOverlap="1" wp14:anchorId="6BBDD06C" wp14:editId="5E0383EE">
            <wp:simplePos x="0" y="0"/>
            <wp:positionH relativeFrom="page">
              <wp:posOffset>-247135</wp:posOffset>
            </wp:positionH>
            <wp:positionV relativeFrom="page">
              <wp:posOffset>8641097</wp:posOffset>
            </wp:positionV>
            <wp:extent cx="1837038" cy="1837038"/>
            <wp:effectExtent l="0" t="0" r="0" b="0"/>
            <wp:wrapNone/>
            <wp:docPr id="1782221614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38" cy="183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D4F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81120" behindDoc="1" locked="0" layoutInCell="1" allowOverlap="1" wp14:anchorId="1FDA0DC0" wp14:editId="47E91C46">
            <wp:simplePos x="0" y="0"/>
            <wp:positionH relativeFrom="rightMargin">
              <wp:posOffset>387349</wp:posOffset>
            </wp:positionH>
            <wp:positionV relativeFrom="page">
              <wp:posOffset>8658224</wp:posOffset>
            </wp:positionV>
            <wp:extent cx="619125" cy="619125"/>
            <wp:effectExtent l="0" t="0" r="0" b="0"/>
            <wp:wrapNone/>
            <wp:docPr id="384008063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7D4B6" w14:textId="362125E4" w:rsidR="00713D28" w:rsidRPr="00713D28" w:rsidRDefault="0031112B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98528" behindDoc="1" locked="0" layoutInCell="1" allowOverlap="1" wp14:anchorId="56440256" wp14:editId="76A88664">
            <wp:simplePos x="0" y="0"/>
            <wp:positionH relativeFrom="rightMargin">
              <wp:posOffset>-123190</wp:posOffset>
            </wp:positionH>
            <wp:positionV relativeFrom="paragraph">
              <wp:posOffset>280670</wp:posOffset>
            </wp:positionV>
            <wp:extent cx="922963" cy="1285875"/>
            <wp:effectExtent l="0" t="0" r="0" b="0"/>
            <wp:wrapNone/>
            <wp:docPr id="1286874959" name="Picture 27" descr="A collection of christmas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74959" name="Picture 27" descr="A collection of christmas objects&#10;&#10;Description automatically generated"/>
                    <pic:cNvPicPr/>
                  </pic:nvPicPr>
                  <pic:blipFill rotWithShape="1">
                    <a:blip r:embed="rId9">
                      <a:alphaModFix/>
                    </a:blip>
                    <a:srcRect l="5784" t="37950" r="56987" b="10182"/>
                    <a:stretch/>
                  </pic:blipFill>
                  <pic:spPr bwMode="auto">
                    <a:xfrm>
                      <a:off x="0" y="0"/>
                      <a:ext cx="922963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C9AD6" w14:textId="4A1F1C4D" w:rsidR="00713D28" w:rsidRPr="00713D28" w:rsidRDefault="00AD4D4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66784" behindDoc="1" locked="0" layoutInCell="1" allowOverlap="1" wp14:anchorId="201C1175" wp14:editId="5E0935E8">
            <wp:simplePos x="0" y="0"/>
            <wp:positionH relativeFrom="page">
              <wp:posOffset>1628775</wp:posOffset>
            </wp:positionH>
            <wp:positionV relativeFrom="page">
              <wp:posOffset>9086850</wp:posOffset>
            </wp:positionV>
            <wp:extent cx="1009650" cy="1009650"/>
            <wp:effectExtent l="0" t="0" r="0" b="0"/>
            <wp:wrapNone/>
            <wp:docPr id="426650447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28CCE" w14:textId="319179E6" w:rsidR="00713D28" w:rsidRPr="00713D28" w:rsidRDefault="0031112B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804672" behindDoc="1" locked="0" layoutInCell="1" allowOverlap="1" wp14:anchorId="70EBCA1C" wp14:editId="2265FEBE">
            <wp:simplePos x="0" y="0"/>
            <wp:positionH relativeFrom="margin">
              <wp:posOffset>4606925</wp:posOffset>
            </wp:positionH>
            <wp:positionV relativeFrom="paragraph">
              <wp:posOffset>306070</wp:posOffset>
            </wp:positionV>
            <wp:extent cx="723900" cy="723900"/>
            <wp:effectExtent l="0" t="0" r="0" b="0"/>
            <wp:wrapNone/>
            <wp:docPr id="642141606" name="Picture 27" descr="A collection of christmas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74959" name="Picture 27" descr="A collection of christmas objects&#10;&#10;Description automatically generated"/>
                    <pic:cNvPicPr/>
                  </pic:nvPicPr>
                  <pic:blipFill rotWithShape="1">
                    <a:blip r:embed="rId9"/>
                    <a:srcRect l="11386" t="11023" r="60782" b="61145"/>
                    <a:stretch/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D4F">
        <w:rPr>
          <w:rFonts w:ascii="Calibri" w:hAnsi="Calibri" w:cs="Calibri"/>
          <w:noProof/>
          <w:color w:val="FFFFFF" w:themeColor="background1"/>
        </w:rPr>
        <w:drawing>
          <wp:anchor distT="0" distB="0" distL="114300" distR="114300" simplePos="0" relativeHeight="251779072" behindDoc="1" locked="0" layoutInCell="1" allowOverlap="1" wp14:anchorId="334C05FF" wp14:editId="3DEA835C">
            <wp:simplePos x="0" y="0"/>
            <wp:positionH relativeFrom="page">
              <wp:posOffset>3448050</wp:posOffset>
            </wp:positionH>
            <wp:positionV relativeFrom="page">
              <wp:posOffset>9629775</wp:posOffset>
            </wp:positionV>
            <wp:extent cx="600075" cy="600075"/>
            <wp:effectExtent l="0" t="0" r="0" b="0"/>
            <wp:wrapNone/>
            <wp:docPr id="1615840454" name="Picture 118" descr="A white snowflak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21614" name="Picture 118" descr="A white snowflake on a black background&#10;&#10;Description automatically generated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04879" w14:textId="1146ECCE" w:rsidR="00713D28" w:rsidRPr="00713D28" w:rsidRDefault="00DB4FCF" w:rsidP="00713D28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8F38614" wp14:editId="2FFC6E11">
                <wp:simplePos x="0" y="0"/>
                <wp:positionH relativeFrom="column">
                  <wp:posOffset>-1647825</wp:posOffset>
                </wp:positionH>
                <wp:positionV relativeFrom="paragraph">
                  <wp:posOffset>377190</wp:posOffset>
                </wp:positionV>
                <wp:extent cx="8737600" cy="1352550"/>
                <wp:effectExtent l="0" t="0" r="6350" b="0"/>
                <wp:wrapNone/>
                <wp:docPr id="1035076654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7600" cy="1352550"/>
                          <a:chOff x="0" y="0"/>
                          <a:chExt cx="8737600" cy="1352550"/>
                        </a:xfrm>
                      </wpg:grpSpPr>
                      <wps:wsp>
                        <wps:cNvPr id="489669237" name="Freeform: Shape 114"/>
                        <wps:cNvSpPr/>
                        <wps:spPr>
                          <a:xfrm>
                            <a:off x="0" y="104775"/>
                            <a:ext cx="8737600" cy="1247775"/>
                          </a:xfrm>
                          <a:custGeom>
                            <a:avLst/>
                            <a:gdLst>
                              <a:gd name="connsiteX0" fmla="*/ 584170 w 8737631"/>
                              <a:gd name="connsiteY0" fmla="*/ 1000689 h 3647129"/>
                              <a:gd name="connsiteX1" fmla="*/ 1803370 w 8737631"/>
                              <a:gd name="connsiteY1" fmla="*/ 695889 h 3647129"/>
                              <a:gd name="connsiteX2" fmla="*/ 2841595 w 8737631"/>
                              <a:gd name="connsiteY2" fmla="*/ 962589 h 3647129"/>
                              <a:gd name="connsiteX3" fmla="*/ 3336895 w 8737631"/>
                              <a:gd name="connsiteY3" fmla="*/ 1191189 h 3647129"/>
                              <a:gd name="connsiteX4" fmla="*/ 4556095 w 8737631"/>
                              <a:gd name="connsiteY4" fmla="*/ 1200714 h 3647129"/>
                              <a:gd name="connsiteX5" fmla="*/ 5327620 w 8737631"/>
                              <a:gd name="connsiteY5" fmla="*/ 981639 h 3647129"/>
                              <a:gd name="connsiteX6" fmla="*/ 5956270 w 8737631"/>
                              <a:gd name="connsiteY6" fmla="*/ 505389 h 3647129"/>
                              <a:gd name="connsiteX7" fmla="*/ 6375370 w 8737631"/>
                              <a:gd name="connsiteY7" fmla="*/ 229164 h 3647129"/>
                              <a:gd name="connsiteX8" fmla="*/ 6927820 w 8737631"/>
                              <a:gd name="connsiteY8" fmla="*/ 564 h 3647129"/>
                              <a:gd name="connsiteX9" fmla="*/ 7546945 w 8737631"/>
                              <a:gd name="connsiteY9" fmla="*/ 295839 h 3647129"/>
                              <a:gd name="connsiteX10" fmla="*/ 8013670 w 8737631"/>
                              <a:gd name="connsiteY10" fmla="*/ 838764 h 3647129"/>
                              <a:gd name="connsiteX11" fmla="*/ 8337520 w 8737631"/>
                              <a:gd name="connsiteY11" fmla="*/ 781614 h 3647129"/>
                              <a:gd name="connsiteX12" fmla="*/ 8089870 w 8737631"/>
                              <a:gd name="connsiteY12" fmla="*/ 3343839 h 3647129"/>
                              <a:gd name="connsiteX13" fmla="*/ 612745 w 8737631"/>
                              <a:gd name="connsiteY13" fmla="*/ 3334314 h 3647129"/>
                              <a:gd name="connsiteX14" fmla="*/ 584170 w 8737631"/>
                              <a:gd name="connsiteY14" fmla="*/ 1000689 h 36471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737631" h="3647129">
                                <a:moveTo>
                                  <a:pt x="584170" y="1000689"/>
                                </a:moveTo>
                                <a:cubicBezTo>
                                  <a:pt x="782607" y="560952"/>
                                  <a:pt x="1427133" y="702239"/>
                                  <a:pt x="1803370" y="695889"/>
                                </a:cubicBezTo>
                                <a:cubicBezTo>
                                  <a:pt x="2179607" y="689539"/>
                                  <a:pt x="2586008" y="880039"/>
                                  <a:pt x="2841595" y="962589"/>
                                </a:cubicBezTo>
                                <a:cubicBezTo>
                                  <a:pt x="3097182" y="1045139"/>
                                  <a:pt x="3051145" y="1151502"/>
                                  <a:pt x="3336895" y="1191189"/>
                                </a:cubicBezTo>
                                <a:cubicBezTo>
                                  <a:pt x="3622645" y="1230877"/>
                                  <a:pt x="4224308" y="1235639"/>
                                  <a:pt x="4556095" y="1200714"/>
                                </a:cubicBezTo>
                                <a:cubicBezTo>
                                  <a:pt x="4887882" y="1165789"/>
                                  <a:pt x="5094258" y="1097526"/>
                                  <a:pt x="5327620" y="981639"/>
                                </a:cubicBezTo>
                                <a:cubicBezTo>
                                  <a:pt x="5560982" y="865752"/>
                                  <a:pt x="5781645" y="630801"/>
                                  <a:pt x="5956270" y="505389"/>
                                </a:cubicBezTo>
                                <a:cubicBezTo>
                                  <a:pt x="6130895" y="379977"/>
                                  <a:pt x="6213445" y="313301"/>
                                  <a:pt x="6375370" y="229164"/>
                                </a:cubicBezTo>
                                <a:cubicBezTo>
                                  <a:pt x="6537295" y="145027"/>
                                  <a:pt x="6732558" y="-10548"/>
                                  <a:pt x="6927820" y="564"/>
                                </a:cubicBezTo>
                                <a:cubicBezTo>
                                  <a:pt x="7123082" y="11676"/>
                                  <a:pt x="7365970" y="156139"/>
                                  <a:pt x="7546945" y="295839"/>
                                </a:cubicBezTo>
                                <a:cubicBezTo>
                                  <a:pt x="7727920" y="435539"/>
                                  <a:pt x="7881908" y="757801"/>
                                  <a:pt x="8013670" y="838764"/>
                                </a:cubicBezTo>
                                <a:cubicBezTo>
                                  <a:pt x="8145433" y="919726"/>
                                  <a:pt x="8324820" y="364102"/>
                                  <a:pt x="8337520" y="781614"/>
                                </a:cubicBezTo>
                                <a:cubicBezTo>
                                  <a:pt x="8350220" y="1199126"/>
                                  <a:pt x="9377333" y="2918389"/>
                                  <a:pt x="8089870" y="3343839"/>
                                </a:cubicBezTo>
                                <a:cubicBezTo>
                                  <a:pt x="6802407" y="3769289"/>
                                  <a:pt x="1866870" y="3729602"/>
                                  <a:pt x="612745" y="3334314"/>
                                </a:cubicBezTo>
                                <a:cubicBezTo>
                                  <a:pt x="-641380" y="2939026"/>
                                  <a:pt x="385733" y="1440426"/>
                                  <a:pt x="584170" y="1000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212485" name="Freeform: Shape 115"/>
                        <wps:cNvSpPr/>
                        <wps:spPr>
                          <a:xfrm rot="21390579">
                            <a:off x="4686300" y="314325"/>
                            <a:ext cx="754787" cy="223923"/>
                          </a:xfrm>
                          <a:custGeom>
                            <a:avLst/>
                            <a:gdLst>
                              <a:gd name="connsiteX0" fmla="*/ 28953 w 754913"/>
                              <a:gd name="connsiteY0" fmla="*/ 172390 h 224098"/>
                              <a:gd name="connsiteX1" fmla="*/ 140300 w 754913"/>
                              <a:gd name="connsiteY1" fmla="*/ 30675 h 224098"/>
                              <a:gd name="connsiteX2" fmla="*/ 234777 w 754913"/>
                              <a:gd name="connsiteY2" fmla="*/ 84661 h 224098"/>
                              <a:gd name="connsiteX3" fmla="*/ 234777 w 754913"/>
                              <a:gd name="connsiteY3" fmla="*/ 84661 h 224098"/>
                              <a:gd name="connsiteX4" fmla="*/ 305635 w 754913"/>
                              <a:gd name="connsiteY4" fmla="*/ 307 h 224098"/>
                              <a:gd name="connsiteX5" fmla="*/ 383241 w 754913"/>
                              <a:gd name="connsiteY5" fmla="*/ 54294 h 224098"/>
                              <a:gd name="connsiteX6" fmla="*/ 383241 w 754913"/>
                              <a:gd name="connsiteY6" fmla="*/ 54294 h 224098"/>
                              <a:gd name="connsiteX7" fmla="*/ 430479 w 754913"/>
                              <a:gd name="connsiteY7" fmla="*/ 64416 h 224098"/>
                              <a:gd name="connsiteX8" fmla="*/ 531704 w 754913"/>
                              <a:gd name="connsiteY8" fmla="*/ 125152 h 224098"/>
                              <a:gd name="connsiteX9" fmla="*/ 639677 w 754913"/>
                              <a:gd name="connsiteY9" fmla="*/ 135274 h 224098"/>
                              <a:gd name="connsiteX10" fmla="*/ 720658 w 754913"/>
                              <a:gd name="connsiteY10" fmla="*/ 223002 h 224098"/>
                              <a:gd name="connsiteX11" fmla="*/ 28953 w 754913"/>
                              <a:gd name="connsiteY11" fmla="*/ 172390 h 2240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54913" h="224098">
                                <a:moveTo>
                                  <a:pt x="28953" y="172390"/>
                                </a:moveTo>
                                <a:cubicBezTo>
                                  <a:pt x="-67773" y="140336"/>
                                  <a:pt x="105996" y="45296"/>
                                  <a:pt x="140300" y="30675"/>
                                </a:cubicBezTo>
                                <a:cubicBezTo>
                                  <a:pt x="174604" y="16054"/>
                                  <a:pt x="234777" y="84661"/>
                                  <a:pt x="234777" y="84661"/>
                                </a:cubicBezTo>
                                <a:lnTo>
                                  <a:pt x="234777" y="84661"/>
                                </a:lnTo>
                                <a:cubicBezTo>
                                  <a:pt x="246587" y="70602"/>
                                  <a:pt x="280891" y="5368"/>
                                  <a:pt x="305635" y="307"/>
                                </a:cubicBezTo>
                                <a:cubicBezTo>
                                  <a:pt x="330379" y="-4754"/>
                                  <a:pt x="383241" y="54294"/>
                                  <a:pt x="383241" y="54294"/>
                                </a:cubicBezTo>
                                <a:lnTo>
                                  <a:pt x="383241" y="54294"/>
                                </a:lnTo>
                                <a:cubicBezTo>
                                  <a:pt x="391114" y="55981"/>
                                  <a:pt x="405735" y="52606"/>
                                  <a:pt x="430479" y="64416"/>
                                </a:cubicBezTo>
                                <a:cubicBezTo>
                                  <a:pt x="455223" y="76226"/>
                                  <a:pt x="496838" y="113342"/>
                                  <a:pt x="531704" y="125152"/>
                                </a:cubicBezTo>
                                <a:cubicBezTo>
                                  <a:pt x="566570" y="136962"/>
                                  <a:pt x="608185" y="118966"/>
                                  <a:pt x="639677" y="135274"/>
                                </a:cubicBezTo>
                                <a:cubicBezTo>
                                  <a:pt x="671169" y="151582"/>
                                  <a:pt x="821321" y="216254"/>
                                  <a:pt x="720658" y="223002"/>
                                </a:cubicBezTo>
                                <a:cubicBezTo>
                                  <a:pt x="619995" y="229750"/>
                                  <a:pt x="125679" y="204444"/>
                                  <a:pt x="28953" y="172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958729" name="Freeform: Shape 115"/>
                        <wps:cNvSpPr/>
                        <wps:spPr>
                          <a:xfrm flipH="1">
                            <a:off x="6334125" y="0"/>
                            <a:ext cx="754787" cy="223923"/>
                          </a:xfrm>
                          <a:custGeom>
                            <a:avLst/>
                            <a:gdLst>
                              <a:gd name="connsiteX0" fmla="*/ 28953 w 754913"/>
                              <a:gd name="connsiteY0" fmla="*/ 172390 h 224098"/>
                              <a:gd name="connsiteX1" fmla="*/ 140300 w 754913"/>
                              <a:gd name="connsiteY1" fmla="*/ 30675 h 224098"/>
                              <a:gd name="connsiteX2" fmla="*/ 234777 w 754913"/>
                              <a:gd name="connsiteY2" fmla="*/ 84661 h 224098"/>
                              <a:gd name="connsiteX3" fmla="*/ 234777 w 754913"/>
                              <a:gd name="connsiteY3" fmla="*/ 84661 h 224098"/>
                              <a:gd name="connsiteX4" fmla="*/ 305635 w 754913"/>
                              <a:gd name="connsiteY4" fmla="*/ 307 h 224098"/>
                              <a:gd name="connsiteX5" fmla="*/ 383241 w 754913"/>
                              <a:gd name="connsiteY5" fmla="*/ 54294 h 224098"/>
                              <a:gd name="connsiteX6" fmla="*/ 383241 w 754913"/>
                              <a:gd name="connsiteY6" fmla="*/ 54294 h 224098"/>
                              <a:gd name="connsiteX7" fmla="*/ 430479 w 754913"/>
                              <a:gd name="connsiteY7" fmla="*/ 64416 h 224098"/>
                              <a:gd name="connsiteX8" fmla="*/ 531704 w 754913"/>
                              <a:gd name="connsiteY8" fmla="*/ 125152 h 224098"/>
                              <a:gd name="connsiteX9" fmla="*/ 639677 w 754913"/>
                              <a:gd name="connsiteY9" fmla="*/ 135274 h 224098"/>
                              <a:gd name="connsiteX10" fmla="*/ 720658 w 754913"/>
                              <a:gd name="connsiteY10" fmla="*/ 223002 h 224098"/>
                              <a:gd name="connsiteX11" fmla="*/ 28953 w 754913"/>
                              <a:gd name="connsiteY11" fmla="*/ 172390 h 2240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54913" h="224098">
                                <a:moveTo>
                                  <a:pt x="28953" y="172390"/>
                                </a:moveTo>
                                <a:cubicBezTo>
                                  <a:pt x="-67773" y="140336"/>
                                  <a:pt x="105996" y="45296"/>
                                  <a:pt x="140300" y="30675"/>
                                </a:cubicBezTo>
                                <a:cubicBezTo>
                                  <a:pt x="174604" y="16054"/>
                                  <a:pt x="234777" y="84661"/>
                                  <a:pt x="234777" y="84661"/>
                                </a:cubicBezTo>
                                <a:lnTo>
                                  <a:pt x="234777" y="84661"/>
                                </a:lnTo>
                                <a:cubicBezTo>
                                  <a:pt x="246587" y="70602"/>
                                  <a:pt x="280891" y="5368"/>
                                  <a:pt x="305635" y="307"/>
                                </a:cubicBezTo>
                                <a:cubicBezTo>
                                  <a:pt x="330379" y="-4754"/>
                                  <a:pt x="383241" y="54294"/>
                                  <a:pt x="383241" y="54294"/>
                                </a:cubicBezTo>
                                <a:lnTo>
                                  <a:pt x="383241" y="54294"/>
                                </a:lnTo>
                                <a:cubicBezTo>
                                  <a:pt x="391114" y="55981"/>
                                  <a:pt x="405735" y="52606"/>
                                  <a:pt x="430479" y="64416"/>
                                </a:cubicBezTo>
                                <a:cubicBezTo>
                                  <a:pt x="455223" y="76226"/>
                                  <a:pt x="496838" y="113342"/>
                                  <a:pt x="531704" y="125152"/>
                                </a:cubicBezTo>
                                <a:cubicBezTo>
                                  <a:pt x="566570" y="136962"/>
                                  <a:pt x="608185" y="118966"/>
                                  <a:pt x="639677" y="135274"/>
                                </a:cubicBezTo>
                                <a:cubicBezTo>
                                  <a:pt x="671169" y="151582"/>
                                  <a:pt x="821321" y="216254"/>
                                  <a:pt x="720658" y="223002"/>
                                </a:cubicBezTo>
                                <a:cubicBezTo>
                                  <a:pt x="619995" y="229750"/>
                                  <a:pt x="125679" y="204444"/>
                                  <a:pt x="28953" y="172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404865" name="Freeform: Shape 115"/>
                        <wps:cNvSpPr/>
                        <wps:spPr>
                          <a:xfrm rot="21390579">
                            <a:off x="942975" y="200025"/>
                            <a:ext cx="754380" cy="223520"/>
                          </a:xfrm>
                          <a:custGeom>
                            <a:avLst/>
                            <a:gdLst>
                              <a:gd name="connsiteX0" fmla="*/ 28953 w 754913"/>
                              <a:gd name="connsiteY0" fmla="*/ 172390 h 224098"/>
                              <a:gd name="connsiteX1" fmla="*/ 140300 w 754913"/>
                              <a:gd name="connsiteY1" fmla="*/ 30675 h 224098"/>
                              <a:gd name="connsiteX2" fmla="*/ 234777 w 754913"/>
                              <a:gd name="connsiteY2" fmla="*/ 84661 h 224098"/>
                              <a:gd name="connsiteX3" fmla="*/ 234777 w 754913"/>
                              <a:gd name="connsiteY3" fmla="*/ 84661 h 224098"/>
                              <a:gd name="connsiteX4" fmla="*/ 305635 w 754913"/>
                              <a:gd name="connsiteY4" fmla="*/ 307 h 224098"/>
                              <a:gd name="connsiteX5" fmla="*/ 383241 w 754913"/>
                              <a:gd name="connsiteY5" fmla="*/ 54294 h 224098"/>
                              <a:gd name="connsiteX6" fmla="*/ 383241 w 754913"/>
                              <a:gd name="connsiteY6" fmla="*/ 54294 h 224098"/>
                              <a:gd name="connsiteX7" fmla="*/ 430479 w 754913"/>
                              <a:gd name="connsiteY7" fmla="*/ 64416 h 224098"/>
                              <a:gd name="connsiteX8" fmla="*/ 531704 w 754913"/>
                              <a:gd name="connsiteY8" fmla="*/ 125152 h 224098"/>
                              <a:gd name="connsiteX9" fmla="*/ 639677 w 754913"/>
                              <a:gd name="connsiteY9" fmla="*/ 135274 h 224098"/>
                              <a:gd name="connsiteX10" fmla="*/ 720658 w 754913"/>
                              <a:gd name="connsiteY10" fmla="*/ 223002 h 224098"/>
                              <a:gd name="connsiteX11" fmla="*/ 28953 w 754913"/>
                              <a:gd name="connsiteY11" fmla="*/ 172390 h 2240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54913" h="224098">
                                <a:moveTo>
                                  <a:pt x="28953" y="172390"/>
                                </a:moveTo>
                                <a:cubicBezTo>
                                  <a:pt x="-67773" y="140336"/>
                                  <a:pt x="105996" y="45296"/>
                                  <a:pt x="140300" y="30675"/>
                                </a:cubicBezTo>
                                <a:cubicBezTo>
                                  <a:pt x="174604" y="16054"/>
                                  <a:pt x="234777" y="84661"/>
                                  <a:pt x="234777" y="84661"/>
                                </a:cubicBezTo>
                                <a:lnTo>
                                  <a:pt x="234777" y="84661"/>
                                </a:lnTo>
                                <a:cubicBezTo>
                                  <a:pt x="246587" y="70602"/>
                                  <a:pt x="280891" y="5368"/>
                                  <a:pt x="305635" y="307"/>
                                </a:cubicBezTo>
                                <a:cubicBezTo>
                                  <a:pt x="330379" y="-4754"/>
                                  <a:pt x="383241" y="54294"/>
                                  <a:pt x="383241" y="54294"/>
                                </a:cubicBezTo>
                                <a:lnTo>
                                  <a:pt x="383241" y="54294"/>
                                </a:lnTo>
                                <a:cubicBezTo>
                                  <a:pt x="391114" y="55981"/>
                                  <a:pt x="405735" y="52606"/>
                                  <a:pt x="430479" y="64416"/>
                                </a:cubicBezTo>
                                <a:cubicBezTo>
                                  <a:pt x="455223" y="76226"/>
                                  <a:pt x="496838" y="113342"/>
                                  <a:pt x="531704" y="125152"/>
                                </a:cubicBezTo>
                                <a:cubicBezTo>
                                  <a:pt x="566570" y="136962"/>
                                  <a:pt x="608185" y="118966"/>
                                  <a:pt x="639677" y="135274"/>
                                </a:cubicBezTo>
                                <a:cubicBezTo>
                                  <a:pt x="671169" y="151582"/>
                                  <a:pt x="821321" y="216254"/>
                                  <a:pt x="720658" y="223002"/>
                                </a:cubicBezTo>
                                <a:cubicBezTo>
                                  <a:pt x="619995" y="229750"/>
                                  <a:pt x="125679" y="204444"/>
                                  <a:pt x="28953" y="172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89183" id="Group 33" o:spid="_x0000_s1026" style="position:absolute;margin-left:-129.75pt;margin-top:29.7pt;width:688pt;height:106.5pt;z-index:251811840" coordsize="87376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">
                <v:shape id="Freeform: Shape 114" o:spid="_x0000_s1027" style="position:absolute;top:1047;width:87376;height:12478;visibility:visible;mso-wrap-style:square;v-text-anchor:middle" coordsize="8737631,364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" path="m584170,1000689c782607,560952,1427133,702239,1803370,695889v376237,-6350,782638,184150,1038225,266700c3097182,1045139,3051145,1151502,3336895,1191189v285750,39688,887413,44450,1219200,9525c4887882,1165789,5094258,1097526,5327620,981639,5560982,865752,5781645,630801,5956270,505389,6130895,379977,6213445,313301,6375370,229164,6537295,145027,6732558,-10548,6927820,564v195262,11112,438150,155575,619125,295275c7727920,435539,7881908,757801,8013670,838764v131763,80962,311150,-474662,323850,-57150c8350220,1199126,9377333,2918389,8089870,3343839,6802407,3769289,1866870,3729602,612745,3334314,-641380,2939026,385733,1440426,584170,1000689xe" fillcolor="white [3212]" stroked="f">
                  <v:path arrowok="t" o:connecttype="custom" o:connectlocs="584168,342361;1803364,238081;2841585,329326;3336883,407536;4556079,410795;5327601,335844;5956249,172906;6375347,78403;6927795,193;7546918,101214;8013642,286962;8337490,267410;8089841,1144012;612743,1140753;584168,342361" o:connectangles="0,0,0,0,0,0,0,0,0,0,0,0,0,0,0"/>
                </v:shape>
                <v:shape id="Freeform: Shape 115" o:spid="_x0000_s1028" style="position:absolute;left:46863;top:3143;width:7547;height:2239;rotation:-228744fd;visibility:visible;mso-wrap-style:square;v-text-anchor:middle" coordsize="754913,2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" path="m28953,172390c-67773,140336,105996,45296,140300,30675v34304,-14621,94477,53986,94477,53986l234777,84661c246587,70602,280891,5368,305635,307v24744,-5061,77606,53987,77606,53987l383241,54294v7873,1687,22494,-1688,47238,10122c455223,76226,496838,113342,531704,125152v34866,11810,76481,-6186,107973,10122c671169,151582,821321,216254,720658,223002,619995,229750,125679,204444,28953,172390xe" fillcolor="white [3212]" stroked="f">
                  <v:path arrowok="t" o:connecttype="custom" o:connectlocs="28948,172255;140277,30651;234738,84595;234738,84595;305584,307;383177,54252;383177,54252;430407,64366;531615,125054;639570,135168;720538,222828;28948,172255" o:connectangles="0,0,0,0,0,0,0,0,0,0,0,0"/>
                </v:shape>
                <v:shape id="Freeform: Shape 115" o:spid="_x0000_s1029" style="position:absolute;left:63341;width:7548;height:2239;flip:x;visibility:visible;mso-wrap-style:square;v-text-anchor:middle" coordsize="754913,2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" path="m28953,172390c-67773,140336,105996,45296,140300,30675v34304,-14621,94477,53986,94477,53986l234777,84661c246587,70602,280891,5368,305635,307v24744,-5061,77606,53987,77606,53987l383241,54294v7873,1687,22494,-1688,47238,10122c455223,76226,496838,113342,531704,125152v34866,11810,76481,-6186,107973,10122c671169,151582,821321,216254,720658,223002,619995,229750,125679,204444,28953,172390xe" fillcolor="white [3212]" stroked="f">
                  <v:path arrowok="t" o:connecttype="custom" o:connectlocs="28948,172255;140277,30651;234738,84595;234738,84595;305584,307;383177,54252;383177,54252;430407,64366;531615,125054;639570,135168;720538,222828;28948,172255" o:connectangles="0,0,0,0,0,0,0,0,0,0,0,0"/>
                </v:shape>
                <v:shape id="Freeform: Shape 115" o:spid="_x0000_s1030" style="position:absolute;left:9429;top:2000;width:7544;height:2235;rotation:-228744fd;visibility:visible;mso-wrap-style:square;v-text-anchor:middle" coordsize="754913,2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" path="m28953,172390c-67773,140336,105996,45296,140300,30675v34304,-14621,94477,53986,94477,53986l234777,84661c246587,70602,280891,5368,305635,307v24744,-5061,77606,53987,77606,53987l383241,54294v7873,1687,22494,-1688,47238,10122c455223,76226,496838,113342,531704,125152v34866,11810,76481,-6186,107973,10122c671169,151582,821321,216254,720658,223002,619995,229750,125679,204444,28953,172390xe" fillcolor="white [3212]" stroked="f">
                  <v:path arrowok="t" o:connecttype="custom" o:connectlocs="28933,171945;140201,30596;234611,84443;234611,84443;305419,306;382970,54154;382970,54154;430175,64250;531329,124829;639225,134925;720149,222427;28933,171945" o:connectangles="0,0,0,0,0,0,0,0,0,0,0,0"/>
                </v:shape>
              </v:group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806720" behindDoc="1" locked="0" layoutInCell="1" allowOverlap="1" wp14:anchorId="57F9FFA6" wp14:editId="6B4DCD05">
            <wp:simplePos x="0" y="0"/>
            <wp:positionH relativeFrom="margin">
              <wp:posOffset>3331845</wp:posOffset>
            </wp:positionH>
            <wp:positionV relativeFrom="paragraph">
              <wp:posOffset>186055</wp:posOffset>
            </wp:positionV>
            <wp:extent cx="1386840" cy="657225"/>
            <wp:effectExtent l="0" t="114300" r="22860" b="85725"/>
            <wp:wrapNone/>
            <wp:docPr id="267943757" name="Picture 27" descr="A collection of christmas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74959" name="Picture 27" descr="A collection of christmas objects&#10;&#10;Description automatically generated"/>
                    <pic:cNvPicPr/>
                  </pic:nvPicPr>
                  <pic:blipFill rotWithShape="1">
                    <a:blip r:embed="rId9"/>
                    <a:srcRect l="42109" t="64879" r="6023" b="10542"/>
                    <a:stretch/>
                  </pic:blipFill>
                  <pic:spPr bwMode="auto">
                    <a:xfrm rot="20972843">
                      <a:off x="0" y="0"/>
                      <a:ext cx="138684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53E89" w14:textId="0DF3DCC0" w:rsidR="00D53BDB" w:rsidRPr="00B961CC" w:rsidRDefault="00AD4D4F" w:rsidP="00314866">
      <w:pPr>
        <w:tabs>
          <w:tab w:val="left" w:pos="5167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40DDED" wp14:editId="06415585">
                <wp:simplePos x="0" y="0"/>
                <wp:positionH relativeFrom="column">
                  <wp:posOffset>2765425</wp:posOffset>
                </wp:positionH>
                <wp:positionV relativeFrom="paragraph">
                  <wp:posOffset>413934</wp:posOffset>
                </wp:positionV>
                <wp:extent cx="754787" cy="223923"/>
                <wp:effectExtent l="0" t="0" r="7620" b="5080"/>
                <wp:wrapNone/>
                <wp:docPr id="1216640431" name="Freeform: 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4787" cy="223923"/>
                        </a:xfrm>
                        <a:custGeom>
                          <a:avLst/>
                          <a:gdLst>
                            <a:gd name="connsiteX0" fmla="*/ 28953 w 754913"/>
                            <a:gd name="connsiteY0" fmla="*/ 172390 h 224098"/>
                            <a:gd name="connsiteX1" fmla="*/ 140300 w 754913"/>
                            <a:gd name="connsiteY1" fmla="*/ 30675 h 224098"/>
                            <a:gd name="connsiteX2" fmla="*/ 234777 w 754913"/>
                            <a:gd name="connsiteY2" fmla="*/ 84661 h 224098"/>
                            <a:gd name="connsiteX3" fmla="*/ 234777 w 754913"/>
                            <a:gd name="connsiteY3" fmla="*/ 84661 h 224098"/>
                            <a:gd name="connsiteX4" fmla="*/ 305635 w 754913"/>
                            <a:gd name="connsiteY4" fmla="*/ 307 h 224098"/>
                            <a:gd name="connsiteX5" fmla="*/ 383241 w 754913"/>
                            <a:gd name="connsiteY5" fmla="*/ 54294 h 224098"/>
                            <a:gd name="connsiteX6" fmla="*/ 383241 w 754913"/>
                            <a:gd name="connsiteY6" fmla="*/ 54294 h 224098"/>
                            <a:gd name="connsiteX7" fmla="*/ 430479 w 754913"/>
                            <a:gd name="connsiteY7" fmla="*/ 64416 h 224098"/>
                            <a:gd name="connsiteX8" fmla="*/ 531704 w 754913"/>
                            <a:gd name="connsiteY8" fmla="*/ 125152 h 224098"/>
                            <a:gd name="connsiteX9" fmla="*/ 639677 w 754913"/>
                            <a:gd name="connsiteY9" fmla="*/ 135274 h 224098"/>
                            <a:gd name="connsiteX10" fmla="*/ 720658 w 754913"/>
                            <a:gd name="connsiteY10" fmla="*/ 223002 h 224098"/>
                            <a:gd name="connsiteX11" fmla="*/ 28953 w 754913"/>
                            <a:gd name="connsiteY11" fmla="*/ 172390 h 224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54913" h="224098">
                              <a:moveTo>
                                <a:pt x="28953" y="172390"/>
                              </a:moveTo>
                              <a:cubicBezTo>
                                <a:pt x="-67773" y="140336"/>
                                <a:pt x="105996" y="45296"/>
                                <a:pt x="140300" y="30675"/>
                              </a:cubicBezTo>
                              <a:cubicBezTo>
                                <a:pt x="174604" y="16054"/>
                                <a:pt x="234777" y="84661"/>
                                <a:pt x="234777" y="84661"/>
                              </a:cubicBezTo>
                              <a:lnTo>
                                <a:pt x="234777" y="84661"/>
                              </a:lnTo>
                              <a:cubicBezTo>
                                <a:pt x="246587" y="70602"/>
                                <a:pt x="280891" y="5368"/>
                                <a:pt x="305635" y="307"/>
                              </a:cubicBezTo>
                              <a:cubicBezTo>
                                <a:pt x="330379" y="-4754"/>
                                <a:pt x="383241" y="54294"/>
                                <a:pt x="383241" y="54294"/>
                              </a:cubicBezTo>
                              <a:lnTo>
                                <a:pt x="383241" y="54294"/>
                              </a:lnTo>
                              <a:cubicBezTo>
                                <a:pt x="391114" y="55981"/>
                                <a:pt x="405735" y="52606"/>
                                <a:pt x="430479" y="64416"/>
                              </a:cubicBezTo>
                              <a:cubicBezTo>
                                <a:pt x="455223" y="76226"/>
                                <a:pt x="496838" y="113342"/>
                                <a:pt x="531704" y="125152"/>
                              </a:cubicBezTo>
                              <a:cubicBezTo>
                                <a:pt x="566570" y="136962"/>
                                <a:pt x="608185" y="118966"/>
                                <a:pt x="639677" y="135274"/>
                              </a:cubicBezTo>
                              <a:cubicBezTo>
                                <a:pt x="671169" y="151582"/>
                                <a:pt x="821321" y="216254"/>
                                <a:pt x="720658" y="223002"/>
                              </a:cubicBezTo>
                              <a:cubicBezTo>
                                <a:pt x="619995" y="229750"/>
                                <a:pt x="125679" y="204444"/>
                                <a:pt x="28953" y="1723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1F3A6" id="Freeform: Shape 115" o:spid="_x0000_s1026" style="position:absolute;margin-left:217.75pt;margin-top:32.6pt;width:59.45pt;height:17.65pt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4913,2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" path="m28953,172390c-67773,140336,105996,45296,140300,30675v34304,-14621,94477,53986,94477,53986l234777,84661c246587,70602,280891,5368,305635,307v24744,-5061,77606,53987,77606,53987l383241,54294v7873,1687,22494,-1688,47238,10122c455223,76226,496838,113342,531704,125152v34866,11810,76481,-6186,107973,10122c671169,151582,821321,216254,720658,223002,619995,229750,125679,204444,28953,172390xe" fillcolor="white [3212]" stroked="f">
                <v:path arrowok="t" o:connecttype="custom" o:connectlocs="28948,172255;140277,30651;234738,84595;234738,84595;305584,307;383177,54252;383177,54252;430407,64366;531615,125054;639570,135168;720538,222828;28948,172255" o:connectangles="0,0,0,0,0,0,0,0,0,0,0,0"/>
              </v:shape>
            </w:pict>
          </mc:Fallback>
        </mc:AlternateContent>
      </w:r>
      <w:r w:rsidR="00D53BDB" w:rsidRPr="00314866">
        <w:rPr>
          <w:rFonts w:ascii="Calibri" w:hAnsi="Calibri" w:cs="Calibri"/>
        </w:rPr>
        <w:br w:type="page"/>
      </w:r>
      <w:r w:rsidR="00524D08" w:rsidRPr="00B961CC">
        <w:rPr>
          <w:rFonts w:ascii="Calibri" w:hAnsi="Calibri" w:cs="Calibri"/>
        </w:rPr>
        <w:lastRenderedPageBreak/>
        <w:tab/>
      </w:r>
    </w:p>
    <w:p w14:paraId="1E4147E8" w14:textId="353FD97B" w:rsidR="00D53BDB" w:rsidRPr="00B961CC" w:rsidRDefault="00D53BDB">
      <w:pPr>
        <w:rPr>
          <w:rFonts w:ascii="Calibri" w:hAnsi="Calibri" w:cs="Calibri"/>
        </w:rPr>
      </w:pPr>
    </w:p>
    <w:p w14:paraId="0771A88A" w14:textId="338B05E9" w:rsidR="00FA0DE5" w:rsidRPr="00B961CC" w:rsidRDefault="005E19C3">
      <w:pPr>
        <w:rPr>
          <w:rFonts w:ascii="Calibri" w:hAnsi="Calibri" w:cs="Calibri"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75C94F" wp14:editId="3FB466D2">
                <wp:simplePos x="0" y="0"/>
                <wp:positionH relativeFrom="column">
                  <wp:posOffset>-323850</wp:posOffset>
                </wp:positionH>
                <wp:positionV relativeFrom="page">
                  <wp:posOffset>790575</wp:posOffset>
                </wp:positionV>
                <wp:extent cx="5920740" cy="5543550"/>
                <wp:effectExtent l="0" t="0" r="0" b="0"/>
                <wp:wrapNone/>
                <wp:docPr id="16364499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554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52D43" w14:textId="77777777" w:rsidR="005E19C3" w:rsidRPr="009F4973" w:rsidRDefault="005E19C3" w:rsidP="005E19C3">
                            <w:pPr>
                              <w:spacing w:after="40" w:line="360" w:lineRule="auto"/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9F4973">
                              <w:rPr>
                                <w:rStyle w:val="Strong"/>
                                <w:rFonts w:ascii="Calibri" w:hAnsi="Calibri" w:cs="Calibri"/>
                                <w:color w:val="000000" w:themeColor="text1"/>
                                <w:sz w:val="52"/>
                                <w:szCs w:val="52"/>
                              </w:rPr>
                              <w:t>Instructions for Use</w:t>
                            </w:r>
                          </w:p>
                          <w:p w14:paraId="69C65BF9" w14:textId="77777777" w:rsidR="005E19C3" w:rsidRPr="009F4973" w:rsidRDefault="005E19C3" w:rsidP="005E19C3">
                            <w:pPr>
                              <w:spacing w:after="80"/>
                              <w:rPr>
                                <w:rStyle w:val="Strong"/>
                                <w:rFonts w:ascii="Calibri" w:hAnsi="Calibri" w:cs="Calibr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F4973">
                              <w:rPr>
                                <w:rStyle w:val="Strong"/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To use this template, please adhere to the conditions outlined below.</w:t>
                            </w:r>
                          </w:p>
                          <w:p w14:paraId="79C34A3A" w14:textId="77777777" w:rsidR="005E19C3" w:rsidRPr="009F4973" w:rsidRDefault="005E19C3" w:rsidP="005E19C3">
                            <w:pPr>
                              <w:spacing w:after="80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F497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You are allowed to:</w:t>
                            </w:r>
                          </w:p>
                          <w:p w14:paraId="54038D0D" w14:textId="77777777" w:rsidR="005E19C3" w:rsidRPr="009F4973" w:rsidRDefault="005E19C3" w:rsidP="005E19C3">
                            <w:pPr>
                              <w:spacing w:after="40"/>
                              <w:ind w:left="170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F497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F4973"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Modify this template to suit your needs.</w:t>
                            </w:r>
                          </w:p>
                          <w:p w14:paraId="274720D6" w14:textId="77777777" w:rsidR="005E19C3" w:rsidRPr="009F4973" w:rsidRDefault="005E19C3" w:rsidP="005E19C3">
                            <w:pPr>
                              <w:spacing w:after="80"/>
                              <w:ind w:left="170"/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F497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F4973">
                              <w:rPr>
                                <w:rFonts w:ascii="Calibri" w:eastAsia="Times New Roman" w:hAnsi="Calibri" w:cs="Calibri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Employ this template for both personal and commercial projects.</w:t>
                            </w:r>
                          </w:p>
                          <w:p w14:paraId="6EC387E8" w14:textId="77777777" w:rsidR="005E19C3" w:rsidRPr="009F4973" w:rsidRDefault="005E19C3" w:rsidP="005E19C3">
                            <w:pPr>
                              <w:pStyle w:val="NormalWeb"/>
                              <w:spacing w:before="0" w:beforeAutospacing="0" w:after="80" w:afterAutospacing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4973">
                              <w:rPr>
                                <w:rStyle w:val="Strong"/>
                                <w:rFonts w:ascii="Calibri" w:eastAsiaTheme="majorEastAsia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You are not allowed to:</w:t>
                            </w:r>
                          </w:p>
                          <w:p w14:paraId="5E41CB23" w14:textId="77777777" w:rsidR="005E19C3" w:rsidRPr="009F4973" w:rsidRDefault="005E19C3" w:rsidP="005E19C3">
                            <w:pPr>
                              <w:spacing w:after="40"/>
                              <w:ind w:left="17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497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F4973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Sublicensing, selling, or renting this template or any modified versions thereof.</w:t>
                            </w:r>
                          </w:p>
                          <w:p w14:paraId="1D1AE14C" w14:textId="77777777" w:rsidR="005E19C3" w:rsidRPr="009F4973" w:rsidRDefault="005E19C3" w:rsidP="005E19C3">
                            <w:pPr>
                              <w:spacing w:after="40"/>
                              <w:ind w:left="17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497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F4973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Distributing the Template or any modified versions or including it in a collection such as a database or any other product or service that offers downloadable assets (e.g., images, icons, templates) for redistribution or resale.</w:t>
                            </w:r>
                          </w:p>
                          <w:p w14:paraId="2B41E372" w14:textId="77777777" w:rsidR="005E19C3" w:rsidRPr="009F4973" w:rsidRDefault="005E19C3" w:rsidP="005E19C3">
                            <w:pPr>
                              <w:spacing w:after="40"/>
                              <w:ind w:left="17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497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F4973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Utilizing any individual elements of this template in isolation from the template itself.</w:t>
                            </w:r>
                          </w:p>
                          <w:p w14:paraId="19BF6728" w14:textId="77777777" w:rsidR="005E19C3" w:rsidRPr="009F4973" w:rsidRDefault="005E19C3" w:rsidP="005E19C3">
                            <w:pPr>
                              <w:spacing w:after="40"/>
                              <w:ind w:left="17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497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eastAsia="en-GB"/>
                              </w:rPr>
                              <w:t xml:space="preserve">-   </w:t>
                            </w:r>
                            <w:r w:rsidRPr="009F4973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Registering any part of this template as a trademark or logo or claiming any part as your own intellectual property in any registry or similar entity.</w:t>
                            </w:r>
                          </w:p>
                          <w:p w14:paraId="5EE51BBB" w14:textId="77777777" w:rsidR="005E19C3" w:rsidRPr="009F4973" w:rsidRDefault="005E19C3" w:rsidP="005E19C3">
                            <w:pPr>
                              <w:pStyle w:val="NormalWeb"/>
                              <w:spacing w:before="0" w:beforeAutospacing="0" w:after="40" w:afterAutospacing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497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For detailed information, please review our </w:t>
                            </w:r>
                            <w:hyperlink r:id="rId10" w:tgtFrame="_new" w:history="1">
                              <w:r w:rsidRPr="009F4973">
                                <w:rPr>
                                  <w:rStyle w:val="Hyperlink"/>
                                  <w:rFonts w:ascii="Calibri" w:eastAsiaTheme="majorEastAsia" w:hAnsi="Calibri" w:cs="Calibri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Terms and Conditions</w:t>
                              </w:r>
                            </w:hyperlink>
                            <w:r w:rsidRPr="009F497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665C99A" w14:textId="77777777" w:rsidR="005E19C3" w:rsidRPr="009F4973" w:rsidRDefault="005E19C3" w:rsidP="005E19C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9F3C54D" w14:textId="77777777" w:rsidR="005E19C3" w:rsidRPr="009F4973" w:rsidRDefault="005E19C3" w:rsidP="005E19C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497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Fonts Used:</w:t>
                            </w:r>
                          </w:p>
                          <w:p w14:paraId="166DB17C" w14:textId="6572ABD4" w:rsidR="005E19C3" w:rsidRPr="009F4973" w:rsidRDefault="005E19C3" w:rsidP="005E19C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Style w:val="Hyperlink"/>
                                <w:rFonts w:ascii="Calibri" w:hAnsi="Calibri" w:cs="Calibri"/>
                                <w:color w:val="000000" w:themeColor="text1"/>
                                <w:u w:val="none"/>
                              </w:rPr>
                            </w:pPr>
                            <w:r w:rsidRPr="009F4973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Berkshire Swash: </w:t>
                            </w:r>
                            <w:hyperlink r:id="rId11" w:history="1">
                              <w:r w:rsidRPr="009F4973">
                                <w:rPr>
                                  <w:rStyle w:val="Hyperlink"/>
                                  <w:rFonts w:ascii="Calibri" w:hAnsi="Calibri" w:cs="Calibri"/>
                                  <w:color w:val="000000" w:themeColor="text1"/>
                                </w:rPr>
                                <w:t>https://fonts.google.com/specimen/Berkshire+Swash</w:t>
                              </w:r>
                            </w:hyperlink>
                          </w:p>
                          <w:p w14:paraId="289E7E0F" w14:textId="14AEF159" w:rsidR="005E19C3" w:rsidRPr="009F4973" w:rsidRDefault="005E19C3" w:rsidP="005E19C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Style w:val="Hyperlink"/>
                                <w:rFonts w:ascii="Calibri" w:hAnsi="Calibri" w:cs="Calibri"/>
                                <w:color w:val="000000" w:themeColor="text1"/>
                                <w:u w:val="none"/>
                              </w:rPr>
                            </w:pPr>
                            <w:r w:rsidRPr="009F4973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Julius Sans One: </w:t>
                            </w:r>
                            <w:r w:rsidRPr="009F4973">
                              <w:rPr>
                                <w:rStyle w:val="Hyperlink"/>
                                <w:rFonts w:ascii="Calibri" w:hAnsi="Calibri" w:cs="Calibri"/>
                                <w:color w:val="000000" w:themeColor="text1"/>
                              </w:rPr>
                              <w:t>https://fonts.google.com/specimen/Julius+Sans+One</w:t>
                            </w:r>
                          </w:p>
                          <w:p w14:paraId="6356D698" w14:textId="1B98DC88" w:rsidR="005E19C3" w:rsidRPr="009F4973" w:rsidRDefault="005E19C3" w:rsidP="005E19C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r w:rsidRPr="009F4973"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Bad Script: </w:t>
                            </w:r>
                            <w:r w:rsidRPr="009F4973">
                              <w:rPr>
                                <w:rStyle w:val="Hyperlink"/>
                                <w:rFonts w:ascii="Calibri" w:hAnsi="Calibri" w:cs="Calibri"/>
                                <w:color w:val="000000" w:themeColor="text1"/>
                              </w:rPr>
                              <w:t>https://fonts.google.com/specimen/Bad+Script</w:t>
                            </w:r>
                          </w:p>
                          <w:p w14:paraId="15737A8F" w14:textId="77777777" w:rsidR="005E19C3" w:rsidRPr="009F4973" w:rsidRDefault="005E19C3" w:rsidP="005E19C3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A3184A9" w14:textId="77777777" w:rsidR="005E19C3" w:rsidRPr="009F4973" w:rsidRDefault="005E19C3" w:rsidP="005E19C3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C94F" id="Text Box 5" o:spid="_x0000_s1052" type="#_x0000_t202" style="position:absolute;margin-left:-25.5pt;margin-top:62.25pt;width:466.2pt;height:436.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" filled="f" stroked="f" strokeweight=".5pt">
                <v:textbox>
                  <w:txbxContent>
                    <w:p w14:paraId="66A52D43" w14:textId="77777777" w:rsidR="005E19C3" w:rsidRPr="009F4973" w:rsidRDefault="005E19C3" w:rsidP="005E19C3">
                      <w:pPr>
                        <w:spacing w:after="40" w:line="360" w:lineRule="auto"/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  <w:color w:val="000000" w:themeColor="text1"/>
                          <w:sz w:val="52"/>
                          <w:szCs w:val="52"/>
                        </w:rPr>
                      </w:pPr>
                      <w:r w:rsidRPr="009F4973">
                        <w:rPr>
                          <w:rStyle w:val="Strong"/>
                          <w:rFonts w:ascii="Calibri" w:hAnsi="Calibri" w:cs="Calibri"/>
                          <w:color w:val="000000" w:themeColor="text1"/>
                          <w:sz w:val="52"/>
                          <w:szCs w:val="52"/>
                        </w:rPr>
                        <w:t>Instructions for Use</w:t>
                      </w:r>
                    </w:p>
                    <w:p w14:paraId="69C65BF9" w14:textId="77777777" w:rsidR="005E19C3" w:rsidRPr="009F4973" w:rsidRDefault="005E19C3" w:rsidP="005E19C3">
                      <w:pPr>
                        <w:spacing w:after="80"/>
                        <w:rPr>
                          <w:rStyle w:val="Strong"/>
                          <w:rFonts w:ascii="Calibri" w:hAnsi="Calibri" w:cs="Calibri"/>
                          <w:color w:val="000000" w:themeColor="text1"/>
                          <w:sz w:val="40"/>
                          <w:szCs w:val="40"/>
                        </w:rPr>
                      </w:pPr>
                      <w:r w:rsidRPr="009F4973">
                        <w:rPr>
                          <w:rStyle w:val="Strong"/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To use this template, please adhere to the conditions outlined below.</w:t>
                      </w:r>
                    </w:p>
                    <w:p w14:paraId="79C34A3A" w14:textId="77777777" w:rsidR="005E19C3" w:rsidRPr="009F4973" w:rsidRDefault="005E19C3" w:rsidP="005E19C3">
                      <w:pPr>
                        <w:spacing w:after="80"/>
                        <w:rPr>
                          <w:rFonts w:ascii="Calibri" w:eastAsia="Times New Roman" w:hAnsi="Calibri" w:cs="Calibri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9F4973">
                        <w:rPr>
                          <w:rFonts w:ascii="Calibri" w:eastAsia="Times New Roman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You are allowed to:</w:t>
                      </w:r>
                    </w:p>
                    <w:p w14:paraId="54038D0D" w14:textId="77777777" w:rsidR="005E19C3" w:rsidRPr="009F4973" w:rsidRDefault="005E19C3" w:rsidP="005E19C3">
                      <w:pPr>
                        <w:spacing w:after="40"/>
                        <w:ind w:left="170"/>
                        <w:rPr>
                          <w:rFonts w:ascii="Calibri" w:eastAsia="Times New Roman" w:hAnsi="Calibri" w:cs="Calibri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9F4973">
                        <w:rPr>
                          <w:rFonts w:ascii="Calibri" w:eastAsia="Times New Roman" w:hAnsi="Calibri" w:cs="Calibr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F4973">
                        <w:rPr>
                          <w:rFonts w:ascii="Calibri" w:eastAsia="Times New Roman" w:hAnsi="Calibri" w:cs="Calibri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Modify this template to suit your needs.</w:t>
                      </w:r>
                    </w:p>
                    <w:p w14:paraId="274720D6" w14:textId="77777777" w:rsidR="005E19C3" w:rsidRPr="009F4973" w:rsidRDefault="005E19C3" w:rsidP="005E19C3">
                      <w:pPr>
                        <w:spacing w:after="80"/>
                        <w:ind w:left="170"/>
                        <w:rPr>
                          <w:rFonts w:ascii="Calibri" w:eastAsia="Times New Roman" w:hAnsi="Calibri" w:cs="Calibri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9F4973">
                        <w:rPr>
                          <w:rFonts w:ascii="Calibri" w:eastAsia="Times New Roman" w:hAnsi="Calibri" w:cs="Calibr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F4973">
                        <w:rPr>
                          <w:rFonts w:ascii="Calibri" w:eastAsia="Times New Roman" w:hAnsi="Calibri" w:cs="Calibri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Employ this template for both personal and commercial projects.</w:t>
                      </w:r>
                    </w:p>
                    <w:p w14:paraId="6EC387E8" w14:textId="77777777" w:rsidR="005E19C3" w:rsidRPr="009F4973" w:rsidRDefault="005E19C3" w:rsidP="005E19C3">
                      <w:pPr>
                        <w:pStyle w:val="NormalWeb"/>
                        <w:spacing w:before="0" w:beforeAutospacing="0" w:after="80" w:afterAutospacing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F4973">
                        <w:rPr>
                          <w:rStyle w:val="Strong"/>
                          <w:rFonts w:ascii="Calibri" w:eastAsiaTheme="majorEastAsia" w:hAnsi="Calibri" w:cs="Calibri"/>
                          <w:color w:val="000000" w:themeColor="text1"/>
                          <w:sz w:val="20"/>
                          <w:szCs w:val="20"/>
                        </w:rPr>
                        <w:t>You are not allowed to:</w:t>
                      </w:r>
                    </w:p>
                    <w:p w14:paraId="5E41CB23" w14:textId="77777777" w:rsidR="005E19C3" w:rsidRPr="009F4973" w:rsidRDefault="005E19C3" w:rsidP="005E19C3">
                      <w:pPr>
                        <w:spacing w:after="40"/>
                        <w:ind w:left="17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F4973">
                        <w:rPr>
                          <w:rFonts w:ascii="Calibri" w:eastAsia="Times New Roman" w:hAnsi="Calibri" w:cs="Calibr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F4973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Sublicensing, selling, or renting this template or any modified versions thereof.</w:t>
                      </w:r>
                    </w:p>
                    <w:p w14:paraId="1D1AE14C" w14:textId="77777777" w:rsidR="005E19C3" w:rsidRPr="009F4973" w:rsidRDefault="005E19C3" w:rsidP="005E19C3">
                      <w:pPr>
                        <w:spacing w:after="40"/>
                        <w:ind w:left="17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F4973">
                        <w:rPr>
                          <w:rFonts w:ascii="Calibri" w:eastAsia="Times New Roman" w:hAnsi="Calibri" w:cs="Calibr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F4973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Distributing the Template or any modified versions or including it in a collection such as a database or any other product or service that offers downloadable assets (e.g., images, icons, templates) for redistribution or resale.</w:t>
                      </w:r>
                    </w:p>
                    <w:p w14:paraId="2B41E372" w14:textId="77777777" w:rsidR="005E19C3" w:rsidRPr="009F4973" w:rsidRDefault="005E19C3" w:rsidP="005E19C3">
                      <w:pPr>
                        <w:spacing w:after="40"/>
                        <w:ind w:left="17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F4973">
                        <w:rPr>
                          <w:rFonts w:ascii="Calibri" w:eastAsia="Times New Roman" w:hAnsi="Calibri" w:cs="Calibr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F4973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Utilizing any individual elements of this template in isolation from the template itself.</w:t>
                      </w:r>
                    </w:p>
                    <w:p w14:paraId="19BF6728" w14:textId="77777777" w:rsidR="005E19C3" w:rsidRPr="009F4973" w:rsidRDefault="005E19C3" w:rsidP="005E19C3">
                      <w:pPr>
                        <w:spacing w:after="40"/>
                        <w:ind w:left="17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F4973">
                        <w:rPr>
                          <w:rFonts w:ascii="Calibri" w:eastAsia="Times New Roman" w:hAnsi="Calibri" w:cs="Calibri"/>
                          <w:b/>
                          <w:bCs/>
                          <w:color w:val="000000" w:themeColor="text1"/>
                          <w:sz w:val="21"/>
                          <w:szCs w:val="21"/>
                          <w:lang w:eastAsia="en-GB"/>
                        </w:rPr>
                        <w:t xml:space="preserve">-   </w:t>
                      </w:r>
                      <w:r w:rsidRPr="009F4973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Registering any part of this template as a trademark or logo or claiming any part as your own intellectual property in any registry or similar entity.</w:t>
                      </w:r>
                    </w:p>
                    <w:p w14:paraId="5EE51BBB" w14:textId="77777777" w:rsidR="005E19C3" w:rsidRPr="009F4973" w:rsidRDefault="005E19C3" w:rsidP="005E19C3">
                      <w:pPr>
                        <w:pStyle w:val="NormalWeb"/>
                        <w:spacing w:before="0" w:beforeAutospacing="0" w:after="40" w:afterAutospacing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F497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For detailed information, please review our </w:t>
                      </w:r>
                      <w:hyperlink r:id="rId12" w:tgtFrame="_new" w:history="1">
                        <w:r w:rsidRPr="009F4973">
                          <w:rPr>
                            <w:rStyle w:val="Hyperlink"/>
                            <w:rFonts w:ascii="Calibri" w:eastAsiaTheme="majorEastAsia" w:hAnsi="Calibri" w:cs="Calibri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Terms and Conditions</w:t>
                        </w:r>
                      </w:hyperlink>
                      <w:r w:rsidRPr="009F497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665C99A" w14:textId="77777777" w:rsidR="005E19C3" w:rsidRPr="009F4973" w:rsidRDefault="005E19C3" w:rsidP="005E19C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9F3C54D" w14:textId="77777777" w:rsidR="005E19C3" w:rsidRPr="009F4973" w:rsidRDefault="005E19C3" w:rsidP="005E19C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F497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Fonts Used:</w:t>
                      </w:r>
                    </w:p>
                    <w:p w14:paraId="166DB17C" w14:textId="6572ABD4" w:rsidR="005E19C3" w:rsidRPr="009F4973" w:rsidRDefault="005E19C3" w:rsidP="005E19C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Style w:val="Hyperlink"/>
                          <w:rFonts w:ascii="Calibri" w:hAnsi="Calibri" w:cs="Calibri"/>
                          <w:color w:val="000000" w:themeColor="text1"/>
                          <w:u w:val="none"/>
                        </w:rPr>
                      </w:pPr>
                      <w:r w:rsidRPr="009F4973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Berkshire Swash: </w:t>
                      </w:r>
                      <w:hyperlink r:id="rId13" w:history="1">
                        <w:r w:rsidRPr="009F4973">
                          <w:rPr>
                            <w:rStyle w:val="Hyperlink"/>
                            <w:rFonts w:ascii="Calibri" w:hAnsi="Calibri" w:cs="Calibri"/>
                            <w:color w:val="000000" w:themeColor="text1"/>
                          </w:rPr>
                          <w:t>https://fonts.google.com/specimen/Berkshire+Swash</w:t>
                        </w:r>
                      </w:hyperlink>
                    </w:p>
                    <w:p w14:paraId="289E7E0F" w14:textId="14AEF159" w:rsidR="005E19C3" w:rsidRPr="009F4973" w:rsidRDefault="005E19C3" w:rsidP="005E19C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Style w:val="Hyperlink"/>
                          <w:rFonts w:ascii="Calibri" w:hAnsi="Calibri" w:cs="Calibri"/>
                          <w:color w:val="000000" w:themeColor="text1"/>
                          <w:u w:val="none"/>
                        </w:rPr>
                      </w:pPr>
                      <w:r w:rsidRPr="009F4973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Julius Sans One: </w:t>
                      </w:r>
                      <w:r w:rsidRPr="009F4973">
                        <w:rPr>
                          <w:rStyle w:val="Hyperlink"/>
                          <w:rFonts w:ascii="Calibri" w:hAnsi="Calibri" w:cs="Calibri"/>
                          <w:color w:val="000000" w:themeColor="text1"/>
                        </w:rPr>
                        <w:t>https://fonts.google.com/specimen/Julius+Sans+One</w:t>
                      </w:r>
                    </w:p>
                    <w:p w14:paraId="6356D698" w14:textId="1B98DC88" w:rsidR="005E19C3" w:rsidRPr="009F4973" w:rsidRDefault="005E19C3" w:rsidP="005E19C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r w:rsidRPr="009F4973">
                        <w:rPr>
                          <w:rFonts w:ascii="Calibri" w:hAnsi="Calibri" w:cs="Calibri"/>
                          <w:color w:val="000000" w:themeColor="text1"/>
                        </w:rPr>
                        <w:t xml:space="preserve">Bad Script: </w:t>
                      </w:r>
                      <w:r w:rsidRPr="009F4973">
                        <w:rPr>
                          <w:rStyle w:val="Hyperlink"/>
                          <w:rFonts w:ascii="Calibri" w:hAnsi="Calibri" w:cs="Calibri"/>
                          <w:color w:val="000000" w:themeColor="text1"/>
                        </w:rPr>
                        <w:t>https://fonts.google.com/specimen/Bad+Script</w:t>
                      </w:r>
                    </w:p>
                    <w:p w14:paraId="15737A8F" w14:textId="77777777" w:rsidR="005E19C3" w:rsidRPr="009F4973" w:rsidRDefault="005E19C3" w:rsidP="005E19C3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14:paraId="0A3184A9" w14:textId="77777777" w:rsidR="005E19C3" w:rsidRPr="009F4973" w:rsidRDefault="005E19C3" w:rsidP="005E19C3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5C2BC8F" w14:textId="167DBBA5" w:rsidR="00FA0DE5" w:rsidRPr="00B961CC" w:rsidRDefault="00FA0DE5">
      <w:pPr>
        <w:rPr>
          <w:rFonts w:ascii="Calibri" w:hAnsi="Calibri" w:cs="Calibri"/>
          <w:color w:val="FFFFFF" w:themeColor="background1"/>
        </w:rPr>
      </w:pPr>
    </w:p>
    <w:p w14:paraId="466A3212" w14:textId="55F94EF1" w:rsidR="00FA0DE5" w:rsidRPr="00B961CC" w:rsidRDefault="00FA0DE5">
      <w:pPr>
        <w:rPr>
          <w:rFonts w:ascii="Calibri" w:hAnsi="Calibri" w:cs="Calibri"/>
          <w:color w:val="FFFFFF" w:themeColor="background1"/>
        </w:rPr>
      </w:pPr>
    </w:p>
    <w:p w14:paraId="6DEE196F" w14:textId="52510CDF" w:rsidR="00AE179E" w:rsidRPr="00B961CC" w:rsidRDefault="00AE179E">
      <w:pPr>
        <w:rPr>
          <w:rFonts w:ascii="Calibri" w:hAnsi="Calibri" w:cs="Calibri"/>
          <w:color w:val="FFFFFF" w:themeColor="background1"/>
        </w:rPr>
      </w:pPr>
    </w:p>
    <w:sectPr w:rsidR="00AE179E" w:rsidRPr="00B961CC" w:rsidSect="00314866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-42" w:right="1800" w:bottom="69" w:left="1800" w:header="0" w:footer="3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55A9E" w14:textId="77777777" w:rsidR="0006588E" w:rsidRDefault="0006588E" w:rsidP="004A00FC">
      <w:pPr>
        <w:spacing w:after="0" w:line="240" w:lineRule="auto"/>
      </w:pPr>
      <w:r>
        <w:separator/>
      </w:r>
    </w:p>
  </w:endnote>
  <w:endnote w:type="continuationSeparator" w:id="0">
    <w:p w14:paraId="02DAF5A1" w14:textId="77777777" w:rsidR="0006588E" w:rsidRDefault="0006588E" w:rsidP="004A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</w:font>
  <w:font w:name="Berkshire Swash">
    <w:panose1 w:val="02000505000000020003"/>
    <w:charset w:val="00"/>
    <w:family w:val="auto"/>
    <w:pitch w:val="variable"/>
    <w:sig w:usb0="A00000EF" w:usb1="4000004A" w:usb2="00000000" w:usb3="00000000" w:csb0="00000093" w:csb1="00000000"/>
  </w:font>
  <w:font w:name="Julius Sans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Bad Script">
    <w:panose1 w:val="02000000000000000000"/>
    <w:charset w:val="00"/>
    <w:family w:val="auto"/>
    <w:pitch w:val="variable"/>
    <w:sig w:usb0="80000223" w:usb1="0000004B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8268F" w14:textId="77777777" w:rsidR="00CC5B96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DE05C8" w14:textId="612121DD" w:rsidR="004A00FC" w:rsidRPr="00713D28" w:rsidRDefault="00713D28" w:rsidP="00713D28">
    <w:pPr>
      <w:pStyle w:val="Footer"/>
      <w:spacing w:before="120"/>
      <w:jc w:val="center"/>
      <w:rPr>
        <w:color w:val="624645"/>
        <w:sz w:val="20"/>
        <w:szCs w:val="20"/>
      </w:rPr>
    </w:pPr>
    <w:r w:rsidRPr="00713D28">
      <w:rPr>
        <w:color w:val="624645"/>
        <w:sz w:val="20"/>
        <w:szCs w:val="20"/>
      </w:rPr>
      <w:t>© highfile.com - 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C1F82" w14:textId="77777777" w:rsidR="00CC5B96" w:rsidRDefault="0000000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63A67E" w14:textId="77777777" w:rsidR="0006588E" w:rsidRDefault="0006588E" w:rsidP="004A00FC">
      <w:pPr>
        <w:spacing w:after="0" w:line="240" w:lineRule="auto"/>
      </w:pPr>
      <w:r>
        <w:separator/>
      </w:r>
    </w:p>
  </w:footnote>
  <w:footnote w:type="continuationSeparator" w:id="0">
    <w:p w14:paraId="5DE67207" w14:textId="77777777" w:rsidR="0006588E" w:rsidRDefault="0006588E" w:rsidP="004A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1DC96" w14:textId="4E36C95E" w:rsidR="00CC5B96" w:rsidRDefault="0000000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A863A" w14:textId="38E898B2" w:rsidR="00CC5B96" w:rsidRDefault="00000000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4FB184B"/>
    <w:multiLevelType w:val="hybridMultilevel"/>
    <w:tmpl w:val="6BDEC0F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3C79F9"/>
    <w:multiLevelType w:val="hybridMultilevel"/>
    <w:tmpl w:val="32FC4E60"/>
    <w:lvl w:ilvl="0" w:tplc="F52E91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72FB3"/>
    <w:multiLevelType w:val="hybridMultilevel"/>
    <w:tmpl w:val="229C2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025093">
    <w:abstractNumId w:val="8"/>
  </w:num>
  <w:num w:numId="2" w16cid:durableId="1621762727">
    <w:abstractNumId w:val="6"/>
  </w:num>
  <w:num w:numId="3" w16cid:durableId="851988038">
    <w:abstractNumId w:val="5"/>
  </w:num>
  <w:num w:numId="4" w16cid:durableId="1932423386">
    <w:abstractNumId w:val="4"/>
  </w:num>
  <w:num w:numId="5" w16cid:durableId="665595892">
    <w:abstractNumId w:val="7"/>
  </w:num>
  <w:num w:numId="6" w16cid:durableId="770201408">
    <w:abstractNumId w:val="3"/>
  </w:num>
  <w:num w:numId="7" w16cid:durableId="1611204640">
    <w:abstractNumId w:val="2"/>
  </w:num>
  <w:num w:numId="8" w16cid:durableId="848563105">
    <w:abstractNumId w:val="1"/>
  </w:num>
  <w:num w:numId="9" w16cid:durableId="671224652">
    <w:abstractNumId w:val="0"/>
  </w:num>
  <w:num w:numId="10" w16cid:durableId="1147429080">
    <w:abstractNumId w:val="10"/>
  </w:num>
  <w:num w:numId="11" w16cid:durableId="1195729019">
    <w:abstractNumId w:val="9"/>
  </w:num>
  <w:num w:numId="12" w16cid:durableId="3767075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0e2ea,#f3f9fb,#d8cbba,#e7dfd5,#eff9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DBF"/>
    <w:rsid w:val="000239C3"/>
    <w:rsid w:val="00034616"/>
    <w:rsid w:val="0006063C"/>
    <w:rsid w:val="0006588E"/>
    <w:rsid w:val="000D046E"/>
    <w:rsid w:val="00101C2A"/>
    <w:rsid w:val="0011437B"/>
    <w:rsid w:val="00115DCC"/>
    <w:rsid w:val="001248F5"/>
    <w:rsid w:val="00136F57"/>
    <w:rsid w:val="0015074B"/>
    <w:rsid w:val="00155017"/>
    <w:rsid w:val="00161E07"/>
    <w:rsid w:val="00182A7D"/>
    <w:rsid w:val="001C1EFD"/>
    <w:rsid w:val="001C5A63"/>
    <w:rsid w:val="001D459F"/>
    <w:rsid w:val="002063AE"/>
    <w:rsid w:val="00223284"/>
    <w:rsid w:val="00237F6B"/>
    <w:rsid w:val="0024382A"/>
    <w:rsid w:val="0028442B"/>
    <w:rsid w:val="0029639D"/>
    <w:rsid w:val="002A2296"/>
    <w:rsid w:val="002B3F7C"/>
    <w:rsid w:val="002E5022"/>
    <w:rsid w:val="0031112B"/>
    <w:rsid w:val="00314866"/>
    <w:rsid w:val="00326F90"/>
    <w:rsid w:val="00363B9D"/>
    <w:rsid w:val="00367156"/>
    <w:rsid w:val="003A2192"/>
    <w:rsid w:val="003A5E03"/>
    <w:rsid w:val="003C33E1"/>
    <w:rsid w:val="003E2068"/>
    <w:rsid w:val="004808E4"/>
    <w:rsid w:val="004A00FC"/>
    <w:rsid w:val="004A3D5C"/>
    <w:rsid w:val="004A5BB6"/>
    <w:rsid w:val="004D26CA"/>
    <w:rsid w:val="004D7121"/>
    <w:rsid w:val="004E05B8"/>
    <w:rsid w:val="004E220C"/>
    <w:rsid w:val="004F0C60"/>
    <w:rsid w:val="00503082"/>
    <w:rsid w:val="00524D08"/>
    <w:rsid w:val="0053721E"/>
    <w:rsid w:val="00551DAC"/>
    <w:rsid w:val="005552C7"/>
    <w:rsid w:val="0056203F"/>
    <w:rsid w:val="00581D1B"/>
    <w:rsid w:val="00590F2C"/>
    <w:rsid w:val="005D02B3"/>
    <w:rsid w:val="005E19C3"/>
    <w:rsid w:val="005F66D0"/>
    <w:rsid w:val="0065666C"/>
    <w:rsid w:val="00676CAB"/>
    <w:rsid w:val="006912AF"/>
    <w:rsid w:val="006958AD"/>
    <w:rsid w:val="006B3025"/>
    <w:rsid w:val="006D1276"/>
    <w:rsid w:val="006E13EF"/>
    <w:rsid w:val="006E30C5"/>
    <w:rsid w:val="007070F9"/>
    <w:rsid w:val="00713D28"/>
    <w:rsid w:val="00732801"/>
    <w:rsid w:val="00746269"/>
    <w:rsid w:val="00785CA0"/>
    <w:rsid w:val="00786506"/>
    <w:rsid w:val="0079702D"/>
    <w:rsid w:val="007A2D2B"/>
    <w:rsid w:val="007A518B"/>
    <w:rsid w:val="007C27F6"/>
    <w:rsid w:val="007D0D80"/>
    <w:rsid w:val="007E3686"/>
    <w:rsid w:val="007E4716"/>
    <w:rsid w:val="0084316A"/>
    <w:rsid w:val="008803E7"/>
    <w:rsid w:val="008914C4"/>
    <w:rsid w:val="008C6055"/>
    <w:rsid w:val="008E7836"/>
    <w:rsid w:val="008F3B34"/>
    <w:rsid w:val="008F7E52"/>
    <w:rsid w:val="00931DF4"/>
    <w:rsid w:val="00936A72"/>
    <w:rsid w:val="009439EF"/>
    <w:rsid w:val="00987D44"/>
    <w:rsid w:val="00991DA3"/>
    <w:rsid w:val="0099251E"/>
    <w:rsid w:val="00994B5F"/>
    <w:rsid w:val="00996A31"/>
    <w:rsid w:val="009B1F95"/>
    <w:rsid w:val="009C496E"/>
    <w:rsid w:val="009D78D8"/>
    <w:rsid w:val="009F4973"/>
    <w:rsid w:val="00A21C72"/>
    <w:rsid w:val="00A47907"/>
    <w:rsid w:val="00A77362"/>
    <w:rsid w:val="00AA1D8D"/>
    <w:rsid w:val="00AB47C9"/>
    <w:rsid w:val="00AD4D4F"/>
    <w:rsid w:val="00AE179E"/>
    <w:rsid w:val="00B025D1"/>
    <w:rsid w:val="00B05BD9"/>
    <w:rsid w:val="00B47730"/>
    <w:rsid w:val="00B535C4"/>
    <w:rsid w:val="00B75E04"/>
    <w:rsid w:val="00B80C4A"/>
    <w:rsid w:val="00B826B7"/>
    <w:rsid w:val="00B961CC"/>
    <w:rsid w:val="00BC480B"/>
    <w:rsid w:val="00BD738F"/>
    <w:rsid w:val="00BE20F8"/>
    <w:rsid w:val="00C00466"/>
    <w:rsid w:val="00C00E5D"/>
    <w:rsid w:val="00C15E70"/>
    <w:rsid w:val="00C34ACB"/>
    <w:rsid w:val="00C46BA8"/>
    <w:rsid w:val="00C46D01"/>
    <w:rsid w:val="00C754A9"/>
    <w:rsid w:val="00C873A8"/>
    <w:rsid w:val="00CA407C"/>
    <w:rsid w:val="00CB0664"/>
    <w:rsid w:val="00CB2B8F"/>
    <w:rsid w:val="00CC5B96"/>
    <w:rsid w:val="00D054AB"/>
    <w:rsid w:val="00D41482"/>
    <w:rsid w:val="00D53BDB"/>
    <w:rsid w:val="00D56D45"/>
    <w:rsid w:val="00D6025F"/>
    <w:rsid w:val="00D94D96"/>
    <w:rsid w:val="00DB4FCF"/>
    <w:rsid w:val="00DB6559"/>
    <w:rsid w:val="00DC183A"/>
    <w:rsid w:val="00E05AE9"/>
    <w:rsid w:val="00E473B2"/>
    <w:rsid w:val="00E91701"/>
    <w:rsid w:val="00E92434"/>
    <w:rsid w:val="00EF5BAB"/>
    <w:rsid w:val="00F0164D"/>
    <w:rsid w:val="00F36744"/>
    <w:rsid w:val="00F57E4F"/>
    <w:rsid w:val="00FA0DE5"/>
    <w:rsid w:val="00FC693F"/>
    <w:rsid w:val="00FF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c0e2ea,#f3f9fb,#d8cbba,#e7dfd5,#eff9ff"/>
    </o:shapedefaults>
    <o:shapelayout v:ext="edit">
      <o:idmap v:ext="edit" data="2"/>
    </o:shapelayout>
  </w:shapeDefaults>
  <w:decimalSymbol w:val="."/>
  <w:listSeparator w:val=","/>
  <w14:docId w14:val="68B5B002"/>
  <w14:defaultImageDpi w14:val="300"/>
  <w15:docId w15:val="{B9662A21-23B1-9349-B12A-B30DCB89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FA0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A0D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4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nts.google.com/specimen/Berkshire+Swash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ighfile.com/terms-of-us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nts.google.com/specimen/Berkshire+Swas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highfile.com/terms-of-us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Malaika Zulfiqar</cp:lastModifiedBy>
  <cp:revision>6</cp:revision>
  <dcterms:created xsi:type="dcterms:W3CDTF">2024-10-04T11:30:00Z</dcterms:created>
  <dcterms:modified xsi:type="dcterms:W3CDTF">2024-10-11T10:37:00Z</dcterms:modified>
  <cp:category/>
</cp:coreProperties>
</file>